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F40FFC" w14:textId="4278C796" w:rsidR="00D647E0" w:rsidRDefault="00ED1142">
      <w:pPr>
        <w:pStyle w:val="Titel"/>
        <w:spacing w:after="240"/>
      </w:pPr>
      <w:r>
        <w:rPr>
          <w:rFonts w:ascii="Arial" w:eastAsia="Arial" w:hAnsi="Arial"/>
          <w:color w:val="000000"/>
        </w:rPr>
        <w:t>C</w:t>
      </w:r>
      <w:r w:rsidR="007F710B">
        <w:rPr>
          <w:rFonts w:ascii="Arial" w:eastAsia="Arial" w:hAnsi="Arial"/>
          <w:color w:val="000000"/>
        </w:rPr>
        <w:t>hecklist</w:t>
      </w:r>
      <w:r>
        <w:rPr>
          <w:rFonts w:ascii="Arial" w:eastAsia="Arial" w:hAnsi="Arial"/>
          <w:color w:val="000000"/>
        </w:rPr>
        <w:t xml:space="preserve"> </w:t>
      </w:r>
      <w:proofErr w:type="spellStart"/>
      <w:r>
        <w:rPr>
          <w:rFonts w:ascii="Arial" w:eastAsia="Arial" w:hAnsi="Arial"/>
          <w:color w:val="000000"/>
        </w:rPr>
        <w:t>Draaitoestellen</w:t>
      </w:r>
      <w:proofErr w:type="spellEnd"/>
    </w:p>
    <w:p w14:paraId="41160F0A" w14:textId="77777777" w:rsidR="00D647E0" w:rsidRDefault="00ED1142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647E0" w14:paraId="222A0F93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BB9F8" w14:textId="77777777" w:rsidR="00D647E0" w:rsidRDefault="00ED1142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42A441E2" w14:textId="77777777" w:rsidR="005F3823" w:rsidRDefault="00ED1142">
      <w:pPr>
        <w:pStyle w:val="Kop1"/>
        <w:spacing w:before="160" w:line="240" w:lineRule="auto"/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7900C314" w14:textId="77777777" w:rsidR="00D647E0" w:rsidRDefault="00ED1142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647E0" w14:paraId="2F0ACC51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8DDF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7FE68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7C608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4EA1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61FC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D9C1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647E0" w14:paraId="76B240C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4D19B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05699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7129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1BB2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5576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7DA66" w14:textId="77777777" w:rsidR="00D647E0" w:rsidRDefault="00D647E0">
            <w:pPr>
              <w:spacing w:after="0" w:line="240" w:lineRule="auto"/>
            </w:pPr>
          </w:p>
        </w:tc>
      </w:tr>
      <w:tr w:rsidR="00D647E0" w14:paraId="29DAC7C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D498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A6AFB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6D5B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D249C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4AE1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73936" w14:textId="77777777" w:rsidR="00D647E0" w:rsidRDefault="00D647E0">
            <w:pPr>
              <w:spacing w:after="0" w:line="240" w:lineRule="auto"/>
            </w:pPr>
          </w:p>
        </w:tc>
      </w:tr>
      <w:tr w:rsidR="00D647E0" w14:paraId="33FD86C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FCEA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6B115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44E1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5A66C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E48AF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75E68" w14:textId="77777777" w:rsidR="00D647E0" w:rsidRDefault="00D647E0">
            <w:pPr>
              <w:spacing w:after="0" w:line="240" w:lineRule="auto"/>
            </w:pPr>
          </w:p>
        </w:tc>
      </w:tr>
      <w:tr w:rsidR="00D647E0" w14:paraId="1749C5A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8A00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0835D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C578F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7DB7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A7DB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63632" w14:textId="77777777" w:rsidR="00D647E0" w:rsidRDefault="00D647E0">
            <w:pPr>
              <w:spacing w:after="0" w:line="240" w:lineRule="auto"/>
            </w:pPr>
          </w:p>
        </w:tc>
      </w:tr>
      <w:tr w:rsidR="00D647E0" w14:paraId="24394B4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14974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BA52E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CBED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11EB9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7BD2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0249B" w14:textId="77777777" w:rsidR="00D647E0" w:rsidRDefault="00D647E0">
            <w:pPr>
              <w:spacing w:after="0" w:line="240" w:lineRule="auto"/>
            </w:pPr>
          </w:p>
        </w:tc>
      </w:tr>
      <w:tr w:rsidR="00D647E0" w14:paraId="22BEDF6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A2ED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31F6F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9A37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FEFC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E9B4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8DC79" w14:textId="77777777" w:rsidR="00D647E0" w:rsidRDefault="00D647E0">
            <w:pPr>
              <w:spacing w:after="0" w:line="240" w:lineRule="auto"/>
            </w:pPr>
          </w:p>
        </w:tc>
      </w:tr>
      <w:tr w:rsidR="00D647E0" w14:paraId="58457DC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D5D4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FD44B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00BE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466E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D175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559DE" w14:textId="77777777" w:rsidR="00D647E0" w:rsidRDefault="00D647E0">
            <w:pPr>
              <w:spacing w:after="0" w:line="240" w:lineRule="auto"/>
            </w:pPr>
          </w:p>
        </w:tc>
      </w:tr>
      <w:tr w:rsidR="00D647E0" w14:paraId="7529C41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F6225C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12E0B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010D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2244E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779E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CB49D" w14:textId="77777777" w:rsidR="00D647E0" w:rsidRDefault="00D647E0">
            <w:pPr>
              <w:spacing w:after="0" w:line="240" w:lineRule="auto"/>
            </w:pPr>
          </w:p>
        </w:tc>
      </w:tr>
      <w:tr w:rsidR="00D647E0" w14:paraId="3B81B28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5D85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95DD8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1F1F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BBFE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D1B5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DC094" w14:textId="77777777" w:rsidR="00D647E0" w:rsidRDefault="00D647E0">
            <w:pPr>
              <w:spacing w:after="0" w:line="240" w:lineRule="auto"/>
            </w:pPr>
          </w:p>
        </w:tc>
      </w:tr>
      <w:tr w:rsidR="00D647E0" w14:paraId="047C729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B9B5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72794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430A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B3A8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222C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D8B0F" w14:textId="77777777" w:rsidR="00D647E0" w:rsidRDefault="00D647E0">
            <w:pPr>
              <w:spacing w:after="0" w:line="240" w:lineRule="auto"/>
            </w:pPr>
          </w:p>
        </w:tc>
      </w:tr>
      <w:tr w:rsidR="00D647E0" w14:paraId="2E5ABD2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5419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2B1F9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26F0E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B3E8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9D39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679C8" w14:textId="77777777" w:rsidR="00D647E0" w:rsidRDefault="00D647E0">
            <w:pPr>
              <w:spacing w:after="0" w:line="240" w:lineRule="auto"/>
            </w:pPr>
          </w:p>
        </w:tc>
      </w:tr>
      <w:tr w:rsidR="00D647E0" w14:paraId="4AFF846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776A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FDDAE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81D19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12D7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9D87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31E54" w14:textId="77777777" w:rsidR="00D647E0" w:rsidRDefault="00D647E0">
            <w:pPr>
              <w:spacing w:after="0" w:line="240" w:lineRule="auto"/>
            </w:pPr>
          </w:p>
        </w:tc>
      </w:tr>
      <w:tr w:rsidR="00D647E0" w14:paraId="5FB0C39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8833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DEC1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6B01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DCFE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E76B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D0621" w14:textId="77777777" w:rsidR="00D647E0" w:rsidRDefault="00D647E0">
            <w:pPr>
              <w:spacing w:after="0" w:line="240" w:lineRule="auto"/>
            </w:pPr>
          </w:p>
        </w:tc>
      </w:tr>
    </w:tbl>
    <w:p w14:paraId="1B4BE952" w14:textId="77777777" w:rsidR="00D647E0" w:rsidRDefault="00ED1142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Draaitoestellen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647E0" w14:paraId="12692D68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2BF7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8E9EF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379A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DB61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F1DF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E755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647E0" w14:paraId="5EFFA66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FA03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2F32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toesteltype (bijvoorbeeld draaimolen, draaiplateau, reuzenschijf, zweefmolen of fietsdraaimolen) is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681A5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8816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99DB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37581" w14:textId="77777777" w:rsidR="00D647E0" w:rsidRDefault="00D647E0">
            <w:pPr>
              <w:spacing w:after="0" w:line="240" w:lineRule="auto"/>
            </w:pPr>
          </w:p>
        </w:tc>
      </w:tr>
      <w:tr w:rsidR="00D647E0" w14:paraId="5E8A60B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FEE1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E1AC2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maximaal 1.000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570F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BDAE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9664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45DAC" w14:textId="77777777" w:rsidR="00D647E0" w:rsidRDefault="00D647E0">
            <w:pPr>
              <w:spacing w:after="0" w:line="240" w:lineRule="auto"/>
            </w:pPr>
          </w:p>
        </w:tc>
      </w:tr>
      <w:tr w:rsidR="00D647E0" w14:paraId="0E40C01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CD5B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EF49D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valruimte bedraagt rondom minimaal 2.000 mm; bij een reuzenschijf minimaal 3.000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B1AE8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3F10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25C9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76F96" w14:textId="77777777" w:rsidR="00D647E0" w:rsidRDefault="00D647E0">
            <w:pPr>
              <w:spacing w:after="0" w:line="240" w:lineRule="auto"/>
            </w:pPr>
          </w:p>
        </w:tc>
      </w:tr>
      <w:tr w:rsidR="00D647E0" w14:paraId="7DAACB2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4CEF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40F66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snelheid aan de buitenrand bedraagt maximaal 5 m/s, voor zover dit door meting of documentatie moet worden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FB51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20E1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2613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7656D" w14:textId="77777777" w:rsidR="00D647E0" w:rsidRDefault="00D647E0">
            <w:pPr>
              <w:spacing w:after="0" w:line="240" w:lineRule="auto"/>
            </w:pPr>
          </w:p>
        </w:tc>
      </w:tr>
      <w:tr w:rsidR="00D647E0" w14:paraId="46D3506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09F1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3FBD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meedraaiend plateau is de afstand tot de bodem groter dan 400 mm of ligt deze tussen 60 en 110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2243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3AD5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DC34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8C752" w14:textId="77777777" w:rsidR="00D647E0" w:rsidRDefault="00D647E0">
            <w:pPr>
              <w:spacing w:after="0" w:line="240" w:lineRule="auto"/>
            </w:pPr>
          </w:p>
        </w:tc>
      </w:tr>
      <w:tr w:rsidR="00D647E0" w14:paraId="583EB79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17C48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99459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verzonken plateau is de spleet rondom kleiner dan 6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CEB0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15D6F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A48C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627B8" w14:textId="77777777" w:rsidR="00D647E0" w:rsidRDefault="00D647E0">
            <w:pPr>
              <w:spacing w:after="0" w:line="240" w:lineRule="auto"/>
            </w:pPr>
          </w:p>
        </w:tc>
      </w:tr>
      <w:tr w:rsidR="00D647E0" w14:paraId="386488A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66F2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30DB2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plateau bevat geen gaten of openingen die beknelling of struikelen kunnen veroorzaken.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16079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ED0B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985EB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3843B" w14:textId="77777777" w:rsidR="00D647E0" w:rsidRDefault="00D647E0">
            <w:pPr>
              <w:spacing w:after="0" w:line="240" w:lineRule="auto"/>
            </w:pPr>
          </w:p>
        </w:tc>
      </w:tr>
      <w:tr w:rsidR="00D647E0" w14:paraId="60CE4D8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B3182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6FC9B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onderdelen, aandrijving en draaipunt zijn voldoende afgeschermd.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5788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D07E4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4888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75114" w14:textId="77777777" w:rsidR="00D647E0" w:rsidRDefault="00D647E0">
            <w:pPr>
              <w:spacing w:after="0" w:line="240" w:lineRule="auto"/>
            </w:pPr>
          </w:p>
        </w:tc>
      </w:tr>
      <w:tr w:rsidR="00D647E0" w14:paraId="5A0E220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0DEA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B7A40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centrale as is recht, onbeschadigd, goed bevestigd en vertoont geen overmatige slijtage.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DB634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3B146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48FBC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B202C" w14:textId="77777777" w:rsidR="00D647E0" w:rsidRDefault="00D647E0">
            <w:pPr>
              <w:spacing w:after="0" w:line="240" w:lineRule="auto"/>
            </w:pPr>
          </w:p>
        </w:tc>
      </w:tr>
      <w:tr w:rsidR="00D647E0" w14:paraId="24F27F7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B8163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FAAE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lagers lopen soepel, maken geen afwijkend geluid en hebben geen overmatige speling.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D189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55888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2470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BA76B" w14:textId="77777777" w:rsidR="00D647E0" w:rsidRDefault="00D647E0">
            <w:pPr>
              <w:spacing w:after="0" w:line="240" w:lineRule="auto"/>
            </w:pPr>
          </w:p>
        </w:tc>
      </w:tr>
      <w:tr w:rsidR="00D647E0" w14:paraId="753509D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1295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C978B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is stevig verankerd en blijft tijdens gebruik stabiel.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FEA9A0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E622D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92658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1018B" w14:textId="77777777" w:rsidR="00D647E0" w:rsidRDefault="00D647E0">
            <w:pPr>
              <w:spacing w:after="0" w:line="240" w:lineRule="auto"/>
            </w:pPr>
          </w:p>
        </w:tc>
      </w:tr>
      <w:tr w:rsidR="00D647E0" w14:paraId="699022F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73681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2AB96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steken geen onderdelen buiten het draaiende plateau uit die bots- of haakgevaar veroorzaken.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D603A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615687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1617E" w14:textId="77777777" w:rsidR="00D647E0" w:rsidRDefault="00ED1142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46008F" w14:textId="77777777" w:rsidR="00D647E0" w:rsidRDefault="00D647E0">
            <w:pPr>
              <w:spacing w:after="0" w:line="240" w:lineRule="auto"/>
            </w:pPr>
          </w:p>
        </w:tc>
      </w:tr>
    </w:tbl>
    <w:p w14:paraId="13EBD265" w14:textId="77777777" w:rsidR="00786442" w:rsidRDefault="00786442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</w:p>
    <w:p w14:paraId="599B818D" w14:textId="7D327628" w:rsidR="00D647E0" w:rsidRDefault="00ED1142">
      <w:pPr>
        <w:pStyle w:val="Kop1"/>
        <w:spacing w:before="160" w:line="240" w:lineRule="auto"/>
      </w:pPr>
      <w:proofErr w:type="spellStart"/>
      <w:r>
        <w:rPr>
          <w:rFonts w:ascii="Arial" w:eastAsia="Arial" w:hAnsi="Arial"/>
          <w:color w:val="000000"/>
          <w:sz w:val="27"/>
        </w:rPr>
        <w:t>Gebreken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en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opvolging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D647E0" w14:paraId="50DF9D9A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5F429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49EFC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41E6F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06FF3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39F35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D647E0" w14:paraId="2D5AC890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E059F" w14:textId="77777777" w:rsidR="00D647E0" w:rsidRDefault="00D647E0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A7517" w14:textId="77777777" w:rsidR="00D647E0" w:rsidRDefault="00D647E0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A9C0A" w14:textId="77777777" w:rsidR="00D647E0" w:rsidRDefault="00D647E0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11DAD" w14:textId="77777777" w:rsidR="00D647E0" w:rsidRDefault="00D647E0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C3ADC" w14:textId="77777777" w:rsidR="00D647E0" w:rsidRDefault="00D647E0">
            <w:pPr>
              <w:spacing w:after="0" w:line="240" w:lineRule="auto"/>
            </w:pPr>
          </w:p>
        </w:tc>
      </w:tr>
      <w:tr w:rsidR="00D647E0" w14:paraId="12ED880F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D1076" w14:textId="77777777" w:rsidR="00D647E0" w:rsidRDefault="00D647E0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D31AB" w14:textId="77777777" w:rsidR="00D647E0" w:rsidRDefault="00D647E0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74CCD" w14:textId="77777777" w:rsidR="00D647E0" w:rsidRDefault="00D647E0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A5306" w14:textId="77777777" w:rsidR="00D647E0" w:rsidRDefault="00D647E0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00571" w14:textId="77777777" w:rsidR="00D647E0" w:rsidRDefault="00D647E0">
            <w:pPr>
              <w:spacing w:after="0" w:line="240" w:lineRule="auto"/>
            </w:pPr>
          </w:p>
        </w:tc>
      </w:tr>
      <w:tr w:rsidR="00D647E0" w14:paraId="4839AAC0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97048" w14:textId="77777777" w:rsidR="00D647E0" w:rsidRDefault="00D647E0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542E9" w14:textId="77777777" w:rsidR="00D647E0" w:rsidRDefault="00D647E0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4CCCB" w14:textId="77777777" w:rsidR="00D647E0" w:rsidRDefault="00D647E0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17405" w14:textId="77777777" w:rsidR="00D647E0" w:rsidRDefault="00D647E0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CA95A" w14:textId="77777777" w:rsidR="00D647E0" w:rsidRDefault="00D647E0">
            <w:pPr>
              <w:spacing w:after="0" w:line="240" w:lineRule="auto"/>
            </w:pPr>
          </w:p>
        </w:tc>
      </w:tr>
    </w:tbl>
    <w:p w14:paraId="3DC10CFE" w14:textId="77777777" w:rsidR="00786442" w:rsidRDefault="00786442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</w:p>
    <w:p w14:paraId="67586569" w14:textId="2CA47FA1" w:rsidR="00D647E0" w:rsidRDefault="00ED1142">
      <w:pPr>
        <w:pStyle w:val="Kop1"/>
        <w:spacing w:before="160" w:line="240" w:lineRule="auto"/>
      </w:pPr>
      <w:proofErr w:type="spellStart"/>
      <w:r>
        <w:rPr>
          <w:rFonts w:ascii="Arial" w:eastAsia="Arial" w:hAnsi="Arial"/>
          <w:color w:val="000000"/>
          <w:sz w:val="27"/>
        </w:rPr>
        <w:t>Eindbeoordeling</w:t>
      </w:r>
      <w:proofErr w:type="spellEnd"/>
    </w:p>
    <w:p w14:paraId="453748EF" w14:textId="77777777" w:rsidR="00D647E0" w:rsidRDefault="00ED1142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D647E0" w14:paraId="0D9AF1C3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5BFDA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E15E5" w14:textId="77777777" w:rsidR="00D647E0" w:rsidRDefault="00D647E0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AA3DF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D65E6" w14:textId="77777777" w:rsidR="00D647E0" w:rsidRDefault="00D647E0">
            <w:pPr>
              <w:spacing w:after="0" w:line="240" w:lineRule="auto"/>
            </w:pPr>
          </w:p>
        </w:tc>
      </w:tr>
      <w:tr w:rsidR="00D647E0" w14:paraId="4897534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98B1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92B73" w14:textId="77777777" w:rsidR="00D647E0" w:rsidRDefault="00D647E0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4A290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7D223D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D647E0" w14:paraId="34EDF5E6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2B1D1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C95C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A36D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62674" w14:textId="77777777" w:rsidR="00D647E0" w:rsidRDefault="00ED1142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27FF5684" w14:textId="77777777" w:rsidR="00D647E0" w:rsidRDefault="00ED1142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0F49A6B1" w14:textId="127BB757" w:rsidR="001D4CFD" w:rsidRDefault="00EB0B6D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Evenwichtsbalken</w:t>
      </w:r>
      <w:proofErr w:type="spellEnd"/>
    </w:p>
    <w:p w14:paraId="178C7E0A" w14:textId="77777777" w:rsidR="001D4CFD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D4CFD" w14:paraId="44204D55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BFFC8" w14:textId="77777777" w:rsidR="001D4CFD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2643A021" w14:textId="77777777" w:rsidR="001D4C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Inspectiegegevens</w:t>
      </w:r>
    </w:p>
    <w:p w14:paraId="1637EE5C" w14:textId="77777777" w:rsidR="001D4C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A. Algemene controlepunten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1D4CFD" w14:paraId="2CB45C54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00FD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BC14F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3BB4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3985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8E2E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59DD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1D4CFD" w14:paraId="259C0EC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46D09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BD1509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CCE7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A718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12BD2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EA0CF" w14:textId="77777777" w:rsidR="001D4CFD" w:rsidRDefault="001D4CFD">
            <w:pPr>
              <w:spacing w:after="0" w:line="240" w:lineRule="auto"/>
            </w:pPr>
          </w:p>
        </w:tc>
      </w:tr>
      <w:tr w:rsidR="001D4CFD" w14:paraId="4F3930B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F992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D30AC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0D17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0174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A956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16AC0" w14:textId="77777777" w:rsidR="001D4CFD" w:rsidRDefault="001D4CFD">
            <w:pPr>
              <w:spacing w:after="0" w:line="240" w:lineRule="auto"/>
            </w:pPr>
          </w:p>
        </w:tc>
      </w:tr>
      <w:tr w:rsidR="001D4CFD" w14:paraId="2AF0BA6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F157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7D538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B8E66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2BCB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E944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AE21A" w14:textId="77777777" w:rsidR="001D4CFD" w:rsidRDefault="001D4CFD">
            <w:pPr>
              <w:spacing w:after="0" w:line="240" w:lineRule="auto"/>
            </w:pPr>
          </w:p>
        </w:tc>
      </w:tr>
      <w:tr w:rsidR="001D4CFD" w14:paraId="10F3C78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C4C7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EB83D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EE6C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872C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81A4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400E9" w14:textId="77777777" w:rsidR="001D4CFD" w:rsidRDefault="001D4CFD">
            <w:pPr>
              <w:spacing w:after="0" w:line="240" w:lineRule="auto"/>
            </w:pPr>
          </w:p>
        </w:tc>
      </w:tr>
      <w:tr w:rsidR="001D4CFD" w14:paraId="1714416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B756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453C0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DCA5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81A1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CA2F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4BEAF" w14:textId="77777777" w:rsidR="001D4CFD" w:rsidRDefault="001D4CFD">
            <w:pPr>
              <w:spacing w:after="0" w:line="240" w:lineRule="auto"/>
            </w:pPr>
          </w:p>
        </w:tc>
      </w:tr>
      <w:tr w:rsidR="001D4CFD" w14:paraId="2F356E3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EC43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598495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040D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4437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DBB8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0B8FB" w14:textId="77777777" w:rsidR="001D4CFD" w:rsidRDefault="001D4CFD">
            <w:pPr>
              <w:spacing w:after="0" w:line="240" w:lineRule="auto"/>
            </w:pPr>
          </w:p>
        </w:tc>
      </w:tr>
      <w:tr w:rsidR="001D4CFD" w14:paraId="1A40431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1352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FF8FA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F34F6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F864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0160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922FE" w14:textId="77777777" w:rsidR="001D4CFD" w:rsidRDefault="001D4CFD">
            <w:pPr>
              <w:spacing w:after="0" w:line="240" w:lineRule="auto"/>
            </w:pPr>
          </w:p>
        </w:tc>
      </w:tr>
      <w:tr w:rsidR="001D4CFD" w14:paraId="6EDF41D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9A00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CA62D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FD55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7CE3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EA72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FBCEB" w14:textId="77777777" w:rsidR="001D4CFD" w:rsidRDefault="001D4CFD">
            <w:pPr>
              <w:spacing w:after="0" w:line="240" w:lineRule="auto"/>
            </w:pPr>
          </w:p>
        </w:tc>
      </w:tr>
      <w:tr w:rsidR="001D4CFD" w14:paraId="641332C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E817F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AA042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2C38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379FE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BD35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7E182" w14:textId="77777777" w:rsidR="001D4CFD" w:rsidRDefault="001D4CFD">
            <w:pPr>
              <w:spacing w:after="0" w:line="240" w:lineRule="auto"/>
            </w:pPr>
          </w:p>
        </w:tc>
      </w:tr>
      <w:tr w:rsidR="001D4CFD" w14:paraId="58C88F7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10F5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60B72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1C68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A89D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660D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EB667" w14:textId="77777777" w:rsidR="001D4CFD" w:rsidRDefault="001D4CFD">
            <w:pPr>
              <w:spacing w:after="0" w:line="240" w:lineRule="auto"/>
            </w:pPr>
          </w:p>
        </w:tc>
      </w:tr>
      <w:tr w:rsidR="001D4CFD" w14:paraId="211FBF8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5BB3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B78FB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D0CC6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FEEBB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65DDE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BD0A3" w14:textId="77777777" w:rsidR="001D4CFD" w:rsidRDefault="001D4CFD">
            <w:pPr>
              <w:spacing w:after="0" w:line="240" w:lineRule="auto"/>
            </w:pPr>
          </w:p>
        </w:tc>
      </w:tr>
      <w:tr w:rsidR="001D4CFD" w14:paraId="18B009B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36E5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DDB32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EFF3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1594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A445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CB81D" w14:textId="77777777" w:rsidR="001D4CFD" w:rsidRDefault="001D4CFD">
            <w:pPr>
              <w:spacing w:after="0" w:line="240" w:lineRule="auto"/>
            </w:pPr>
          </w:p>
        </w:tc>
      </w:tr>
      <w:tr w:rsidR="001D4CFD" w14:paraId="2353E32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0F7B6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BD93B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99DA6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1D4D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E959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DB420" w14:textId="77777777" w:rsidR="001D4CFD" w:rsidRDefault="001D4CFD">
            <w:pPr>
              <w:spacing w:after="0" w:line="240" w:lineRule="auto"/>
            </w:pPr>
          </w:p>
        </w:tc>
      </w:tr>
    </w:tbl>
    <w:p w14:paraId="643F0DFC" w14:textId="77777777" w:rsidR="001D4CFD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Evenwichtsbalken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1D4CFD" w14:paraId="1FD16DA7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8782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74B4F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1044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E8EFB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015F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68177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1D4CFD" w14:paraId="007DFA1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854B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6E165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type balk (statisch, draaiend, wiebelend of hangend) is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1D5A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D579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5BDA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9974A" w14:textId="77777777" w:rsidR="001D4CFD" w:rsidRDefault="001D4CFD">
            <w:pPr>
              <w:spacing w:after="0" w:line="240" w:lineRule="auto"/>
            </w:pPr>
          </w:p>
        </w:tc>
      </w:tr>
      <w:tr w:rsidR="001D4CFD" w14:paraId="2F48A8C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099D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A207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afstand tussen de onderkant van de balk en de bodem bedraagt minimaal 120 mm ter voorkoming van voetbeknelling.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BB74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27D3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AE58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41C26" w14:textId="77777777" w:rsidR="001D4CFD" w:rsidRDefault="001D4CFD">
            <w:pPr>
              <w:spacing w:after="0" w:line="240" w:lineRule="auto"/>
            </w:pPr>
          </w:p>
        </w:tc>
      </w:tr>
      <w:tr w:rsidR="001D4CFD" w14:paraId="5CF36A2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80E03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6A81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bruikbare breedte van de evenwichtsbalk bedraagt minimaal 100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0AB1A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F0C5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96549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F68C8" w14:textId="77777777" w:rsidR="001D4CFD" w:rsidRDefault="001D4CFD">
            <w:pPr>
              <w:spacing w:after="0" w:line="240" w:lineRule="auto"/>
            </w:pPr>
          </w:p>
        </w:tc>
      </w:tr>
      <w:tr w:rsidR="001D4CFD" w14:paraId="0FFFA77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CBF3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0D21D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is vastgesteld en de opvangzone past bij deze 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9654B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FF3E1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BEA1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1192D" w14:textId="77777777" w:rsidR="001D4CFD" w:rsidRDefault="001D4CFD">
            <w:pPr>
              <w:spacing w:after="0" w:line="240" w:lineRule="auto"/>
            </w:pPr>
          </w:p>
        </w:tc>
      </w:tr>
      <w:tr w:rsidR="001D4CFD" w14:paraId="0FB3DC3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965F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887E0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valruimte is vrij van harde obstakels, uitstekende funderingen en andere toestellen.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14E2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F12D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2AD8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8E632" w14:textId="77777777" w:rsidR="001D4CFD" w:rsidRDefault="001D4CFD">
            <w:pPr>
              <w:spacing w:after="0" w:line="240" w:lineRule="auto"/>
            </w:pPr>
          </w:p>
        </w:tc>
      </w:tr>
      <w:tr w:rsidR="001D4CFD" w14:paraId="5CAB0BC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2F6FB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9B0FC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balk en ondersteuningen zijn stabiel en vertonen geen breuk, rot, vervorming of losse verbindingen.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7771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F5E2E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CDB7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9CF68A" w14:textId="77777777" w:rsidR="001D4CFD" w:rsidRDefault="001D4CFD">
            <w:pPr>
              <w:spacing w:after="0" w:line="240" w:lineRule="auto"/>
            </w:pPr>
          </w:p>
        </w:tc>
      </w:tr>
      <w:tr w:rsidR="001D4CFD" w14:paraId="2059000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0F1D2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9D52A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Draaiende of wiebelende onderdelen bewegen gecontroleerd en veroorzaken geen knel- of afschuifplaatsen.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377DC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A1754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DB44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9DB90" w14:textId="77777777" w:rsidR="001D4CFD" w:rsidRDefault="001D4CFD">
            <w:pPr>
              <w:spacing w:after="0" w:line="240" w:lineRule="auto"/>
            </w:pPr>
          </w:p>
        </w:tc>
      </w:tr>
      <w:tr w:rsidR="001D4CFD" w14:paraId="0B5E654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1E4EE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84BA2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hangende balk zwaarder dan 25 kg bedraagt de maximale uitslag 100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A8980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9D2E3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C0AB5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39D17" w14:textId="77777777" w:rsidR="001D4CFD" w:rsidRDefault="001D4CFD">
            <w:pPr>
              <w:spacing w:after="0" w:line="240" w:lineRule="auto"/>
            </w:pPr>
          </w:p>
        </w:tc>
      </w:tr>
      <w:tr w:rsidR="001D4CFD" w14:paraId="0A21D2F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613508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C49A1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hangende balk zwaarder dan 25 kg bedraagt de afstand tot de grond minimaal 400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1512D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3DAD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FBD2E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95B56" w14:textId="77777777" w:rsidR="001D4CFD" w:rsidRDefault="001D4CFD">
            <w:pPr>
              <w:spacing w:after="0" w:line="240" w:lineRule="auto"/>
            </w:pPr>
          </w:p>
        </w:tc>
      </w:tr>
      <w:tr w:rsidR="001D4CFD" w14:paraId="7DD28B0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7876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2584E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hangende balk zwaarder dan 25 kg bedraagt de afstand tot ondersteunende palen minimaal 230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272A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F5C4CA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B5BD7" w14:textId="77777777" w:rsidR="001D4C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F1482" w14:textId="77777777" w:rsidR="001D4CFD" w:rsidRDefault="001D4CFD">
            <w:pPr>
              <w:spacing w:after="0" w:line="240" w:lineRule="auto"/>
            </w:pPr>
          </w:p>
        </w:tc>
      </w:tr>
    </w:tbl>
    <w:p w14:paraId="112D6B09" w14:textId="77777777" w:rsidR="001D4C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1D4CFD" w14:paraId="5EE5ED29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6FEEBF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6CAE2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423476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39670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F4564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1D4CFD" w14:paraId="0FEC97CE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823F3" w14:textId="77777777" w:rsidR="001D4CFD" w:rsidRDefault="001D4C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7E3E3" w14:textId="77777777" w:rsidR="001D4CFD" w:rsidRDefault="001D4C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E67A9" w14:textId="77777777" w:rsidR="001D4CFD" w:rsidRDefault="001D4C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BA353" w14:textId="77777777" w:rsidR="001D4CFD" w:rsidRDefault="001D4C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57454" w14:textId="77777777" w:rsidR="001D4CFD" w:rsidRDefault="001D4CFD">
            <w:pPr>
              <w:spacing w:after="0" w:line="240" w:lineRule="auto"/>
            </w:pPr>
          </w:p>
        </w:tc>
      </w:tr>
      <w:tr w:rsidR="001D4CFD" w14:paraId="65E9F8AB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872C9" w14:textId="77777777" w:rsidR="001D4CFD" w:rsidRDefault="001D4C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83E4B" w14:textId="77777777" w:rsidR="001D4CFD" w:rsidRDefault="001D4C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AA2B6" w14:textId="77777777" w:rsidR="001D4CFD" w:rsidRDefault="001D4C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0D3F8" w14:textId="77777777" w:rsidR="001D4CFD" w:rsidRDefault="001D4C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9F3E" w14:textId="77777777" w:rsidR="001D4CFD" w:rsidRDefault="001D4CFD">
            <w:pPr>
              <w:spacing w:after="0" w:line="240" w:lineRule="auto"/>
            </w:pPr>
          </w:p>
        </w:tc>
      </w:tr>
      <w:tr w:rsidR="001D4CFD" w14:paraId="78F6FDE5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5AE95" w14:textId="77777777" w:rsidR="001D4CFD" w:rsidRDefault="001D4C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76AA2" w14:textId="77777777" w:rsidR="001D4CFD" w:rsidRDefault="001D4C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02C742" w14:textId="77777777" w:rsidR="001D4CFD" w:rsidRDefault="001D4C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2F2F0" w14:textId="77777777" w:rsidR="001D4CFD" w:rsidRDefault="001D4C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EB15D" w14:textId="77777777" w:rsidR="001D4CFD" w:rsidRDefault="001D4CFD">
            <w:pPr>
              <w:spacing w:after="0" w:line="240" w:lineRule="auto"/>
            </w:pPr>
          </w:p>
        </w:tc>
      </w:tr>
    </w:tbl>
    <w:p w14:paraId="3677347A" w14:textId="77777777" w:rsidR="001D4C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1624F095" w14:textId="77777777" w:rsidR="001D4CFD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1D4CFD" w14:paraId="33FB7FF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E49D0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2878D" w14:textId="77777777" w:rsidR="001D4CFD" w:rsidRDefault="001D4CF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72800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68AE6" w14:textId="77777777" w:rsidR="001D4CFD" w:rsidRDefault="001D4CFD">
            <w:pPr>
              <w:spacing w:after="0" w:line="240" w:lineRule="auto"/>
            </w:pPr>
          </w:p>
        </w:tc>
      </w:tr>
      <w:tr w:rsidR="001D4CFD" w14:paraId="3CA5DDCB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9A5A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435CF" w14:textId="77777777" w:rsidR="001D4CFD" w:rsidRDefault="001D4CF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106A3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87D26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1D4CFD" w14:paraId="4DF8E74B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A770F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64AC5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F5CFB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ED4DC" w14:textId="77777777" w:rsidR="001D4C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60CE0D3F" w14:textId="77777777" w:rsidR="001D4CFD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19"/>
          <w:footerReference w:type="default" r:id="rId20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24497A85" w14:textId="6DB83705" w:rsidR="0079287D" w:rsidRDefault="00A95E6A">
      <w:pPr>
        <w:pStyle w:val="Titel"/>
        <w:spacing w:after="240"/>
      </w:pPr>
      <w:r>
        <w:rPr>
          <w:rFonts w:ascii="Arial" w:eastAsia="Arial" w:hAnsi="Arial"/>
          <w:color w:val="000000"/>
        </w:rPr>
        <w:t xml:space="preserve">Checklist </w:t>
      </w:r>
      <w:proofErr w:type="spellStart"/>
      <w:r>
        <w:rPr>
          <w:rFonts w:ascii="Arial" w:eastAsia="Arial" w:hAnsi="Arial"/>
          <w:color w:val="000000"/>
        </w:rPr>
        <w:t>Glijbanen</w:t>
      </w:r>
      <w:proofErr w:type="spellEnd"/>
    </w:p>
    <w:p w14:paraId="31EE16B6" w14:textId="77777777" w:rsidR="0079287D" w:rsidRDefault="00945110">
      <w:pPr>
        <w:spacing w:after="220" w:line="240" w:lineRule="auto"/>
      </w:pPr>
      <w:r>
        <w:rPr>
          <w:rFonts w:eastAsia="Arial"/>
          <w:i/>
          <w:color w:val="606060"/>
          <w:sz w:val="21"/>
        </w:rPr>
        <w:t xml:space="preserve">Voor </w:t>
      </w:r>
      <w:proofErr w:type="spellStart"/>
      <w:r>
        <w:rPr>
          <w:rFonts w:eastAsia="Arial"/>
          <w:i/>
          <w:color w:val="606060"/>
          <w:sz w:val="21"/>
        </w:rPr>
        <w:t>visuele</w:t>
      </w:r>
      <w:proofErr w:type="spellEnd"/>
      <w:r>
        <w:rPr>
          <w:rFonts w:eastAsia="Arial"/>
          <w:i/>
          <w:color w:val="606060"/>
          <w:sz w:val="21"/>
        </w:rPr>
        <w:t xml:space="preserve">, </w:t>
      </w:r>
      <w:proofErr w:type="spellStart"/>
      <w:r>
        <w:rPr>
          <w:rFonts w:eastAsia="Arial"/>
          <w:i/>
          <w:color w:val="606060"/>
          <w:sz w:val="21"/>
        </w:rPr>
        <w:t>functionele</w:t>
      </w:r>
      <w:proofErr w:type="spellEnd"/>
      <w:r>
        <w:rPr>
          <w:rFonts w:eastAsia="Arial"/>
          <w:i/>
          <w:color w:val="606060"/>
          <w:sz w:val="21"/>
        </w:rPr>
        <w:t xml:space="preserve"> of </w:t>
      </w:r>
      <w:proofErr w:type="spellStart"/>
      <w:r>
        <w:rPr>
          <w:rFonts w:eastAsia="Arial"/>
          <w:i/>
          <w:color w:val="606060"/>
          <w:sz w:val="21"/>
        </w:rPr>
        <w:t>uitgebreide</w:t>
      </w:r>
      <w:proofErr w:type="spellEnd"/>
      <w:r>
        <w:rPr>
          <w:rFonts w:eastAsia="Arial"/>
          <w:i/>
          <w:color w:val="606060"/>
          <w:sz w:val="21"/>
        </w:rPr>
        <w:t xml:space="preserve"> </w:t>
      </w:r>
      <w:proofErr w:type="spellStart"/>
      <w:r>
        <w:rPr>
          <w:rFonts w:eastAsia="Arial"/>
          <w:i/>
          <w:color w:val="606060"/>
          <w:sz w:val="21"/>
        </w:rPr>
        <w:t>inspecties</w:t>
      </w:r>
      <w:proofErr w:type="spellEnd"/>
      <w:r>
        <w:rPr>
          <w:rFonts w:eastAsia="Arial"/>
          <w:i/>
          <w:color w:val="606060"/>
          <w:sz w:val="21"/>
        </w:rPr>
        <w:t xml:space="preserve"> </w:t>
      </w:r>
      <w:proofErr w:type="spellStart"/>
      <w:r>
        <w:rPr>
          <w:rFonts w:eastAsia="Arial"/>
          <w:i/>
          <w:color w:val="606060"/>
          <w:sz w:val="21"/>
        </w:rPr>
        <w:t>tijdens</w:t>
      </w:r>
      <w:proofErr w:type="spellEnd"/>
      <w:r>
        <w:rPr>
          <w:rFonts w:eastAsia="Arial"/>
          <w:i/>
          <w:color w:val="606060"/>
          <w:sz w:val="21"/>
        </w:rPr>
        <w:t xml:space="preserve"> de </w:t>
      </w:r>
      <w:proofErr w:type="spellStart"/>
      <w:r>
        <w:rPr>
          <w:rFonts w:eastAsia="Arial"/>
          <w:i/>
          <w:color w:val="606060"/>
          <w:sz w:val="21"/>
        </w:rPr>
        <w:t>gebruiksfase</w:t>
      </w:r>
      <w:proofErr w:type="spellEnd"/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79287D" w14:paraId="4E47974F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0828" w14:textId="77777777" w:rsidR="0079287D" w:rsidRDefault="00945110">
            <w:pPr>
              <w:spacing w:after="100" w:line="252" w:lineRule="auto"/>
            </w:pPr>
            <w:proofErr w:type="spellStart"/>
            <w:r>
              <w:rPr>
                <w:rFonts w:eastAsia="Arial"/>
                <w:b/>
              </w:rPr>
              <w:t>Gebruik</w:t>
            </w:r>
            <w:proofErr w:type="spellEnd"/>
            <w:r>
              <w:rPr>
                <w:rFonts w:eastAsia="Arial"/>
                <w:b/>
              </w:rPr>
              <w:t xml:space="preserve">: </w:t>
            </w:r>
            <w:proofErr w:type="spellStart"/>
            <w:r>
              <w:rPr>
                <w:rFonts w:eastAsia="Arial"/>
              </w:rPr>
              <w:t>beoordeel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ieder</w:t>
            </w:r>
            <w:proofErr w:type="spellEnd"/>
            <w:r>
              <w:rPr>
                <w:rFonts w:eastAsia="Arial"/>
              </w:rPr>
              <w:t xml:space="preserve"> punt met G (</w:t>
            </w:r>
            <w:proofErr w:type="spellStart"/>
            <w:r>
              <w:rPr>
                <w:rFonts w:eastAsia="Arial"/>
              </w:rPr>
              <w:t>goed</w:t>
            </w:r>
            <w:proofErr w:type="spellEnd"/>
            <w:r>
              <w:rPr>
                <w:rFonts w:eastAsia="Arial"/>
              </w:rPr>
              <w:t>), NG (</w:t>
            </w:r>
            <w:proofErr w:type="spellStart"/>
            <w:r>
              <w:rPr>
                <w:rFonts w:eastAsia="Arial"/>
              </w:rPr>
              <w:t>niet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goed</w:t>
            </w:r>
            <w:proofErr w:type="spellEnd"/>
            <w:r>
              <w:rPr>
                <w:rFonts w:eastAsia="Arial"/>
              </w:rPr>
              <w:t>) of NVT (</w:t>
            </w:r>
            <w:proofErr w:type="spellStart"/>
            <w:r>
              <w:rPr>
                <w:rFonts w:eastAsia="Arial"/>
              </w:rPr>
              <w:t>niet</w:t>
            </w:r>
            <w:proofErr w:type="spellEnd"/>
            <w:r>
              <w:rPr>
                <w:rFonts w:eastAsia="Arial"/>
              </w:rPr>
              <w:t xml:space="preserve"> van </w:t>
            </w:r>
            <w:proofErr w:type="spellStart"/>
            <w:r>
              <w:rPr>
                <w:rFonts w:eastAsia="Arial"/>
              </w:rPr>
              <w:t>toepassing</w:t>
            </w:r>
            <w:proofErr w:type="spellEnd"/>
            <w:r>
              <w:rPr>
                <w:rFonts w:eastAsia="Arial"/>
              </w:rPr>
              <w:t xml:space="preserve">). Leg </w:t>
            </w:r>
            <w:proofErr w:type="spellStart"/>
            <w:r>
              <w:rPr>
                <w:rFonts w:eastAsia="Arial"/>
              </w:rPr>
              <w:t>afwijkingen</w:t>
            </w:r>
            <w:proofErr w:type="spellEnd"/>
            <w:r>
              <w:rPr>
                <w:rFonts w:eastAsia="Arial"/>
              </w:rPr>
              <w:t xml:space="preserve"> vast </w:t>
            </w:r>
            <w:proofErr w:type="spellStart"/>
            <w:r>
              <w:rPr>
                <w:rFonts w:eastAsia="Arial"/>
              </w:rPr>
              <w:t>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koppel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maatregelen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aan</w:t>
            </w:r>
            <w:proofErr w:type="spellEnd"/>
            <w:r>
              <w:rPr>
                <w:rFonts w:eastAsia="Arial"/>
              </w:rPr>
              <w:t xml:space="preserve"> het </w:t>
            </w:r>
            <w:proofErr w:type="spellStart"/>
            <w:r>
              <w:rPr>
                <w:rFonts w:eastAsia="Arial"/>
              </w:rPr>
              <w:t>logboek</w:t>
            </w:r>
            <w:proofErr w:type="spellEnd"/>
            <w:r>
              <w:rPr>
                <w:rFonts w:eastAsia="Arial"/>
              </w:rPr>
              <w:t xml:space="preserve">. </w:t>
            </w:r>
            <w:proofErr w:type="spellStart"/>
            <w:r>
              <w:rPr>
                <w:rFonts w:eastAsia="Arial"/>
              </w:rPr>
              <w:t>Deze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controlelijst</w:t>
            </w:r>
            <w:proofErr w:type="spellEnd"/>
            <w:r>
              <w:rPr>
                <w:rFonts w:eastAsia="Arial"/>
              </w:rPr>
              <w:t xml:space="preserve"> is </w:t>
            </w:r>
            <w:proofErr w:type="spellStart"/>
            <w:r>
              <w:rPr>
                <w:rFonts w:eastAsia="Arial"/>
              </w:rPr>
              <w:t>een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praktisch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hulpmiddel</w:t>
            </w:r>
            <w:proofErr w:type="spellEnd"/>
            <w:r>
              <w:rPr>
                <w:rFonts w:eastAsia="Arial"/>
              </w:rPr>
              <w:t xml:space="preserve">; </w:t>
            </w:r>
            <w:proofErr w:type="spellStart"/>
            <w:r>
              <w:rPr>
                <w:rFonts w:eastAsia="Arial"/>
              </w:rPr>
              <w:t>fabrikantvoorschriften</w:t>
            </w:r>
            <w:proofErr w:type="spellEnd"/>
            <w:r>
              <w:rPr>
                <w:rFonts w:eastAsia="Arial"/>
              </w:rPr>
              <w:t xml:space="preserve">, het </w:t>
            </w:r>
            <w:proofErr w:type="spellStart"/>
            <w:r>
              <w:rPr>
                <w:rFonts w:eastAsia="Arial"/>
              </w:rPr>
              <w:t>technisch</w:t>
            </w:r>
            <w:proofErr w:type="spellEnd"/>
            <w:r>
              <w:rPr>
                <w:rFonts w:eastAsia="Arial"/>
              </w:rPr>
              <w:t xml:space="preserve"> dossier, het </w:t>
            </w:r>
            <w:proofErr w:type="spellStart"/>
            <w:r>
              <w:rPr>
                <w:rFonts w:eastAsia="Arial"/>
              </w:rPr>
              <w:t>beheersplan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toepasselijke</w:t>
            </w:r>
            <w:proofErr w:type="spellEnd"/>
            <w:r>
              <w:rPr>
                <w:rFonts w:eastAsia="Arial"/>
              </w:rPr>
              <w:t xml:space="preserve"> wet- </w:t>
            </w:r>
            <w:proofErr w:type="spellStart"/>
            <w:r>
              <w:rPr>
                <w:rFonts w:eastAsia="Arial"/>
              </w:rPr>
              <w:t>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normgeving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blijven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leidend</w:t>
            </w:r>
            <w:proofErr w:type="spellEnd"/>
            <w:r>
              <w:rPr>
                <w:rFonts w:eastAsia="Arial"/>
              </w:rPr>
              <w:t>.</w:t>
            </w:r>
          </w:p>
        </w:tc>
      </w:tr>
    </w:tbl>
    <w:p w14:paraId="72894E20" w14:textId="4E0E086A" w:rsidR="00D83E91" w:rsidRDefault="00945110" w:rsidP="00D83E91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39250865" w14:textId="4706FF9F" w:rsidR="0079287D" w:rsidRDefault="00945110" w:rsidP="00D83E91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79287D" w14:paraId="16E7C2AC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FD97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59A38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sz w:val="15"/>
              </w:rPr>
              <w:t>Controlepunt</w:t>
            </w:r>
            <w:proofErr w:type="spellEnd"/>
            <w:r>
              <w:rPr>
                <w:rFonts w:eastAsia="Arial"/>
                <w:b/>
                <w:sz w:val="15"/>
              </w:rPr>
              <w:t xml:space="preserve"> / </w:t>
            </w:r>
            <w:proofErr w:type="spellStart"/>
            <w:r>
              <w:rPr>
                <w:rFonts w:eastAsia="Arial"/>
                <w:b/>
                <w:sz w:val="15"/>
              </w:rPr>
              <w:t>eis</w:t>
            </w:r>
            <w:proofErr w:type="spellEnd"/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A2BD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0943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4171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7B8C2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sz w:val="15"/>
              </w:rPr>
              <w:t>Bevinding</w:t>
            </w:r>
            <w:proofErr w:type="spellEnd"/>
            <w:r>
              <w:rPr>
                <w:rFonts w:eastAsia="Arial"/>
                <w:b/>
                <w:sz w:val="15"/>
              </w:rPr>
              <w:t xml:space="preserve"> / </w:t>
            </w:r>
            <w:proofErr w:type="spellStart"/>
            <w:r>
              <w:rPr>
                <w:rFonts w:eastAsia="Arial"/>
                <w:b/>
                <w:sz w:val="15"/>
              </w:rPr>
              <w:t>maatregel</w:t>
            </w:r>
            <w:proofErr w:type="spellEnd"/>
          </w:p>
        </w:tc>
      </w:tr>
      <w:tr w:rsidR="0079287D" w14:paraId="0DE958E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3EBF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F63E2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De </w:t>
            </w:r>
            <w:proofErr w:type="spellStart"/>
            <w:r>
              <w:rPr>
                <w:rFonts w:eastAsia="Arial"/>
                <w:sz w:val="15"/>
              </w:rPr>
              <w:t>identificatie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locatie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het </w:t>
            </w:r>
            <w:proofErr w:type="spellStart"/>
            <w:r>
              <w:rPr>
                <w:rFonts w:eastAsia="Arial"/>
                <w:sz w:val="15"/>
              </w:rPr>
              <w:t>toestelnummer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komen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overeen</w:t>
            </w:r>
            <w:proofErr w:type="spellEnd"/>
            <w:r>
              <w:rPr>
                <w:rFonts w:eastAsia="Arial"/>
                <w:sz w:val="15"/>
              </w:rPr>
              <w:t xml:space="preserve"> met het </w:t>
            </w:r>
            <w:proofErr w:type="spellStart"/>
            <w:r>
              <w:rPr>
                <w:rFonts w:eastAsia="Arial"/>
                <w:sz w:val="15"/>
              </w:rPr>
              <w:t>logboek</w:t>
            </w:r>
            <w:proofErr w:type="spellEnd"/>
            <w:r>
              <w:rPr>
                <w:rFonts w:eastAsia="Arial"/>
                <w:sz w:val="15"/>
              </w:rPr>
              <w:t xml:space="preserve">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774B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5A9B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C7B8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FCBCF2" w14:textId="77777777" w:rsidR="0079287D" w:rsidRDefault="0079287D">
            <w:pPr>
              <w:spacing w:after="0" w:line="240" w:lineRule="auto"/>
            </w:pPr>
          </w:p>
        </w:tc>
      </w:tr>
      <w:tr w:rsidR="0079287D" w14:paraId="56716D8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41FE2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80102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Eerdere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gebreken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reparaties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openstaande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maatregelen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gecontroleerd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opgevolgd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B96B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3023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9CAB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34957" w14:textId="77777777" w:rsidR="0079287D" w:rsidRDefault="0079287D">
            <w:pPr>
              <w:spacing w:after="0" w:line="240" w:lineRule="auto"/>
            </w:pPr>
          </w:p>
        </w:tc>
      </w:tr>
      <w:tr w:rsidR="0079287D" w14:paraId="49E9456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4264A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DD8F2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Het </w:t>
            </w:r>
            <w:proofErr w:type="spellStart"/>
            <w:r>
              <w:rPr>
                <w:rFonts w:eastAsia="Arial"/>
                <w:sz w:val="15"/>
              </w:rPr>
              <w:t>toestel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staat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stabiel</w:t>
            </w:r>
            <w:proofErr w:type="spellEnd"/>
            <w:r>
              <w:rPr>
                <w:rFonts w:eastAsia="Arial"/>
                <w:sz w:val="15"/>
              </w:rPr>
              <w:t xml:space="preserve">; </w:t>
            </w:r>
            <w:proofErr w:type="spellStart"/>
            <w:r>
              <w:rPr>
                <w:rFonts w:eastAsia="Arial"/>
                <w:sz w:val="15"/>
              </w:rPr>
              <w:t>funderingen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verankeringen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dragende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delen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vertonen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losstand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verzakking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8A39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9A6D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3244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2C5C1" w14:textId="77777777" w:rsidR="0079287D" w:rsidRDefault="0079287D">
            <w:pPr>
              <w:spacing w:after="0" w:line="240" w:lineRule="auto"/>
            </w:pPr>
          </w:p>
        </w:tc>
      </w:tr>
      <w:tr w:rsidR="0079287D" w14:paraId="5D95A26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8FE94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B2C09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Materialen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in </w:t>
            </w:r>
            <w:proofErr w:type="spellStart"/>
            <w:r>
              <w:rPr>
                <w:rFonts w:eastAsia="Arial"/>
                <w:sz w:val="15"/>
              </w:rPr>
              <w:t>goede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staat</w:t>
            </w:r>
            <w:proofErr w:type="spellEnd"/>
            <w:r>
              <w:rPr>
                <w:rFonts w:eastAsia="Arial"/>
                <w:sz w:val="15"/>
              </w:rPr>
              <w:t xml:space="preserve">: </w:t>
            </w:r>
            <w:proofErr w:type="spellStart"/>
            <w:r>
              <w:rPr>
                <w:rFonts w:eastAsia="Arial"/>
                <w:sz w:val="15"/>
              </w:rPr>
              <w:t>geen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houtrot</w:t>
            </w:r>
            <w:proofErr w:type="spellEnd"/>
            <w:r>
              <w:rPr>
                <w:rFonts w:eastAsia="Arial"/>
                <w:sz w:val="15"/>
              </w:rPr>
              <w:t xml:space="preserve">, splinters, </w:t>
            </w:r>
            <w:proofErr w:type="spellStart"/>
            <w:r>
              <w:rPr>
                <w:rFonts w:eastAsia="Arial"/>
                <w:sz w:val="15"/>
              </w:rPr>
              <w:t>roest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scheuren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brosheid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vervorming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scherpe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breukranden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53EE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B9B8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B7CC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F21F0" w14:textId="77777777" w:rsidR="0079287D" w:rsidRDefault="0079287D">
            <w:pPr>
              <w:spacing w:after="0" w:line="240" w:lineRule="auto"/>
            </w:pPr>
          </w:p>
        </w:tc>
      </w:tr>
      <w:tr w:rsidR="0079287D" w14:paraId="5791DC3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4917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E865D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Bouten, </w:t>
            </w:r>
            <w:proofErr w:type="spellStart"/>
            <w:r>
              <w:rPr>
                <w:rFonts w:eastAsia="Arial"/>
                <w:sz w:val="15"/>
              </w:rPr>
              <w:t>moeren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schroeven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lassen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lijmverbindingen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scharnieren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kettingen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kabels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touwen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zitten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deugdelijk</w:t>
            </w:r>
            <w:proofErr w:type="spellEnd"/>
            <w:r>
              <w:rPr>
                <w:rFonts w:eastAsia="Arial"/>
                <w:sz w:val="15"/>
              </w:rPr>
              <w:t xml:space="preserve">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54D5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5CFB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F4F2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CDF5E" w14:textId="77777777" w:rsidR="0079287D" w:rsidRDefault="0079287D">
            <w:pPr>
              <w:spacing w:after="0" w:line="240" w:lineRule="auto"/>
            </w:pPr>
          </w:p>
        </w:tc>
      </w:tr>
      <w:tr w:rsidR="0079287D" w14:paraId="73C7D68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9CCE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65FC2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De </w:t>
            </w:r>
            <w:proofErr w:type="spellStart"/>
            <w:r>
              <w:rPr>
                <w:rFonts w:eastAsia="Arial"/>
                <w:sz w:val="15"/>
              </w:rPr>
              <w:t>vrije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valhoogte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valruimte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vrije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ruimte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minimumruimte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passen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bij</w:t>
            </w:r>
            <w:proofErr w:type="spellEnd"/>
            <w:r>
              <w:rPr>
                <w:rFonts w:eastAsia="Arial"/>
                <w:sz w:val="15"/>
              </w:rPr>
              <w:t xml:space="preserve"> het </w:t>
            </w:r>
            <w:proofErr w:type="spellStart"/>
            <w:r>
              <w:rPr>
                <w:rFonts w:eastAsia="Arial"/>
                <w:sz w:val="15"/>
              </w:rPr>
              <w:t>toestel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vrij</w:t>
            </w:r>
            <w:proofErr w:type="spellEnd"/>
            <w:r>
              <w:rPr>
                <w:rFonts w:eastAsia="Arial"/>
                <w:sz w:val="15"/>
              </w:rPr>
              <w:t xml:space="preserve"> van </w:t>
            </w:r>
            <w:proofErr w:type="spellStart"/>
            <w:r>
              <w:rPr>
                <w:rFonts w:eastAsia="Arial"/>
                <w:sz w:val="15"/>
              </w:rPr>
              <w:t>ongewenste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obstakels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looproutes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464E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FBA14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241A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E23FE" w14:textId="77777777" w:rsidR="0079287D" w:rsidRDefault="0079287D">
            <w:pPr>
              <w:spacing w:after="0" w:line="240" w:lineRule="auto"/>
            </w:pPr>
          </w:p>
        </w:tc>
      </w:tr>
      <w:tr w:rsidR="0079287D" w14:paraId="7E9738D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E2AF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461C4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De </w:t>
            </w:r>
            <w:proofErr w:type="spellStart"/>
            <w:r>
              <w:rPr>
                <w:rFonts w:eastAsia="Arial"/>
                <w:sz w:val="15"/>
              </w:rPr>
              <w:t>opvangzone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bodemafwerking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aanwezig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vlak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schoon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voldoende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schokdempend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voor</w:t>
            </w:r>
            <w:proofErr w:type="spellEnd"/>
            <w:r>
              <w:rPr>
                <w:rFonts w:eastAsia="Arial"/>
                <w:sz w:val="15"/>
              </w:rPr>
              <w:t xml:space="preserve"> de </w:t>
            </w:r>
            <w:proofErr w:type="spellStart"/>
            <w:r>
              <w:rPr>
                <w:rFonts w:eastAsia="Arial"/>
                <w:sz w:val="15"/>
              </w:rPr>
              <w:t>vastgestelde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valhoogte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67499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FC25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0115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65993" w14:textId="77777777" w:rsidR="0079287D" w:rsidRDefault="0079287D">
            <w:pPr>
              <w:spacing w:after="0" w:line="240" w:lineRule="auto"/>
            </w:pPr>
          </w:p>
        </w:tc>
      </w:tr>
      <w:tr w:rsidR="0079287D" w14:paraId="0212220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D55A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C63CE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Leuningen</w:t>
            </w:r>
            <w:proofErr w:type="spellEnd"/>
            <w:r>
              <w:rPr>
                <w:rFonts w:eastAsia="Arial"/>
                <w:sz w:val="15"/>
              </w:rPr>
              <w:t xml:space="preserve">, balustrades, </w:t>
            </w:r>
            <w:proofErr w:type="spellStart"/>
            <w:r>
              <w:rPr>
                <w:rFonts w:eastAsia="Arial"/>
                <w:sz w:val="15"/>
              </w:rPr>
              <w:t>handgrepen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andere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valbeveiligingen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aanwezig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compleet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stevig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niet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gemakkelijk</w:t>
            </w:r>
            <w:proofErr w:type="spellEnd"/>
            <w:r>
              <w:rPr>
                <w:rFonts w:eastAsia="Arial"/>
                <w:sz w:val="15"/>
              </w:rPr>
              <w:t xml:space="preserve"> beklimbaar </w:t>
            </w:r>
            <w:proofErr w:type="spellStart"/>
            <w:r>
              <w:rPr>
                <w:rFonts w:eastAsia="Arial"/>
                <w:sz w:val="15"/>
              </w:rPr>
              <w:t>waar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dat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niet</w:t>
            </w:r>
            <w:proofErr w:type="spellEnd"/>
            <w:r>
              <w:rPr>
                <w:rFonts w:eastAsia="Arial"/>
                <w:sz w:val="15"/>
              </w:rPr>
              <w:t xml:space="preserve"> is </w:t>
            </w:r>
            <w:proofErr w:type="spellStart"/>
            <w:r>
              <w:rPr>
                <w:rFonts w:eastAsia="Arial"/>
                <w:sz w:val="15"/>
              </w:rPr>
              <w:t>bedoeld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D91C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E651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A2A5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6E814" w14:textId="77777777" w:rsidR="0079287D" w:rsidRDefault="0079287D">
            <w:pPr>
              <w:spacing w:after="0" w:line="240" w:lineRule="auto"/>
            </w:pPr>
          </w:p>
        </w:tc>
      </w:tr>
      <w:tr w:rsidR="0079287D" w14:paraId="23B1E1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F58E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370C4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Er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gevaarlijke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openingen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spleten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voor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hoofd</w:t>
            </w:r>
            <w:proofErr w:type="spellEnd"/>
            <w:r>
              <w:rPr>
                <w:rFonts w:eastAsia="Arial"/>
                <w:sz w:val="15"/>
              </w:rPr>
              <w:t xml:space="preserve">, nek, </w:t>
            </w:r>
            <w:proofErr w:type="spellStart"/>
            <w:r>
              <w:rPr>
                <w:rFonts w:eastAsia="Arial"/>
                <w:sz w:val="15"/>
              </w:rPr>
              <w:t>lichaam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voeten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benen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vingers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39D28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F677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0AD2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E7241" w14:textId="77777777" w:rsidR="0079287D" w:rsidRDefault="0079287D">
            <w:pPr>
              <w:spacing w:after="0" w:line="240" w:lineRule="auto"/>
            </w:pPr>
          </w:p>
        </w:tc>
      </w:tr>
      <w:tr w:rsidR="0079287D" w14:paraId="64E63B9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7472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09AE0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Er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geen</w:t>
            </w:r>
            <w:proofErr w:type="spellEnd"/>
            <w:r>
              <w:rPr>
                <w:rFonts w:eastAsia="Arial"/>
                <w:sz w:val="15"/>
              </w:rPr>
              <w:t xml:space="preserve"> V-</w:t>
            </w:r>
            <w:proofErr w:type="spellStart"/>
            <w:r>
              <w:rPr>
                <w:rFonts w:eastAsia="Arial"/>
                <w:sz w:val="15"/>
              </w:rPr>
              <w:t>vormen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uitstekende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delen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draaiende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delen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openingen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waaraan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kleding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koordjes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haren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kunnen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blijven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haken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24DC7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EB34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1229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87BE8" w14:textId="77777777" w:rsidR="0079287D" w:rsidRDefault="0079287D">
            <w:pPr>
              <w:spacing w:after="0" w:line="240" w:lineRule="auto"/>
            </w:pPr>
          </w:p>
        </w:tc>
      </w:tr>
      <w:tr w:rsidR="0079287D" w14:paraId="26BA299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8CE3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B32CC" w14:textId="77777777" w:rsidR="0079287D" w:rsidRDefault="00945110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Bewegende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onderdelen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afgeschermd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lopen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soepel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hebben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geen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overmatige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speling</w:t>
            </w:r>
            <w:proofErr w:type="spellEnd"/>
            <w:r>
              <w:rPr>
                <w:rFonts w:eastAsia="Arial"/>
                <w:sz w:val="15"/>
              </w:rPr>
              <w:t xml:space="preserve">; lagers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beschermd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tegen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vingers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kleding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haren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vuil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zand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8A5D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EC19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6405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FD639" w14:textId="77777777" w:rsidR="0079287D" w:rsidRDefault="0079287D">
            <w:pPr>
              <w:spacing w:after="0" w:line="240" w:lineRule="auto"/>
            </w:pPr>
          </w:p>
        </w:tc>
      </w:tr>
      <w:tr w:rsidR="0079287D" w14:paraId="399FB5A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A5A6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9EA85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De </w:t>
            </w:r>
            <w:proofErr w:type="spellStart"/>
            <w:r>
              <w:rPr>
                <w:rFonts w:eastAsia="Arial"/>
                <w:sz w:val="15"/>
              </w:rPr>
              <w:t>toegang</w:t>
            </w:r>
            <w:proofErr w:type="spellEnd"/>
            <w:r>
              <w:rPr>
                <w:rFonts w:eastAsia="Arial"/>
                <w:sz w:val="15"/>
              </w:rPr>
              <w:t xml:space="preserve">, </w:t>
            </w:r>
            <w:proofErr w:type="spellStart"/>
            <w:r>
              <w:rPr>
                <w:rFonts w:eastAsia="Arial"/>
                <w:sz w:val="15"/>
              </w:rPr>
              <w:t>trappen</w:t>
            </w:r>
            <w:proofErr w:type="spellEnd"/>
            <w:r>
              <w:rPr>
                <w:rFonts w:eastAsia="Arial"/>
                <w:sz w:val="15"/>
              </w:rPr>
              <w:t xml:space="preserve">, ladders, platforms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loopvlakken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bieden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voldoende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houvast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zijn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stroef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onbeschadigd</w:t>
            </w:r>
            <w:proofErr w:type="spellEnd"/>
            <w:r>
              <w:rPr>
                <w:rFonts w:eastAsia="Arial"/>
                <w:sz w:val="15"/>
              </w:rPr>
              <w:t>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6BB6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FEBA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151D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CB66F" w14:textId="77777777" w:rsidR="0079287D" w:rsidRDefault="0079287D">
            <w:pPr>
              <w:spacing w:after="0" w:line="240" w:lineRule="auto"/>
            </w:pPr>
          </w:p>
        </w:tc>
      </w:tr>
      <w:tr w:rsidR="0079287D" w14:paraId="3F13AFA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8FF7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D67B9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Een </w:t>
            </w:r>
            <w:proofErr w:type="spellStart"/>
            <w:r>
              <w:rPr>
                <w:rFonts w:eastAsia="Arial"/>
                <w:sz w:val="15"/>
              </w:rPr>
              <w:t>volwassene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kan</w:t>
            </w:r>
            <w:proofErr w:type="spellEnd"/>
            <w:r>
              <w:rPr>
                <w:rFonts w:eastAsia="Arial"/>
                <w:sz w:val="15"/>
              </w:rPr>
              <w:t xml:space="preserve"> het </w:t>
            </w:r>
            <w:proofErr w:type="spellStart"/>
            <w:r>
              <w:rPr>
                <w:rFonts w:eastAsia="Arial"/>
                <w:sz w:val="15"/>
              </w:rPr>
              <w:t>toestel</w:t>
            </w:r>
            <w:proofErr w:type="spellEnd"/>
            <w:r>
              <w:rPr>
                <w:rFonts w:eastAsia="Arial"/>
                <w:sz w:val="15"/>
              </w:rPr>
              <w:t xml:space="preserve"> of de </w:t>
            </w:r>
            <w:proofErr w:type="spellStart"/>
            <w:r>
              <w:rPr>
                <w:rFonts w:eastAsia="Arial"/>
                <w:sz w:val="15"/>
              </w:rPr>
              <w:t>speelruimte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bereiken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wanneer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hulp</w:t>
            </w:r>
            <w:proofErr w:type="spellEnd"/>
            <w:r>
              <w:rPr>
                <w:rFonts w:eastAsia="Arial"/>
                <w:sz w:val="15"/>
              </w:rPr>
              <w:t xml:space="preserve"> of </w:t>
            </w:r>
            <w:proofErr w:type="spellStart"/>
            <w:r>
              <w:rPr>
                <w:rFonts w:eastAsia="Arial"/>
                <w:sz w:val="15"/>
              </w:rPr>
              <w:t>evacuatie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nodig</w:t>
            </w:r>
            <w:proofErr w:type="spellEnd"/>
            <w:r>
              <w:rPr>
                <w:rFonts w:eastAsia="Arial"/>
                <w:sz w:val="15"/>
              </w:rPr>
              <w:t xml:space="preserve">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108D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CD16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A708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CAF08" w14:textId="77777777" w:rsidR="0079287D" w:rsidRDefault="0079287D">
            <w:pPr>
              <w:spacing w:after="0" w:line="240" w:lineRule="auto"/>
            </w:pPr>
          </w:p>
        </w:tc>
      </w:tr>
    </w:tbl>
    <w:p w14:paraId="714598B7" w14:textId="77777777" w:rsidR="0079287D" w:rsidRDefault="0094511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Glijbanen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79287D" w14:paraId="4A905D9C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08D8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26736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E3D1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95C5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9358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82CED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79287D" w14:paraId="4988B75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3F78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B9EF4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startsectie is minimaal 350 mm lang, vrijwel horizontaal en minimaal even breed als de glijgoot.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DD73A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684B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E469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79840" w14:textId="77777777" w:rsidR="0079287D" w:rsidRDefault="0079287D">
            <w:pPr>
              <w:spacing w:after="0" w:line="240" w:lineRule="auto"/>
            </w:pPr>
          </w:p>
        </w:tc>
      </w:tr>
      <w:tr w:rsidR="0079287D" w14:paraId="6CBCE69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DD07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2E228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de startsectie zijn voldoende leuningen, handsteunen of balustrades aanwezig en deze zitten stevig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B079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E739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50B9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AB8B5" w14:textId="77777777" w:rsidR="0079287D" w:rsidRDefault="0079287D">
            <w:pPr>
              <w:spacing w:after="0" w:line="240" w:lineRule="auto"/>
            </w:pPr>
          </w:p>
        </w:tc>
      </w:tr>
      <w:tr w:rsidR="0079287D" w14:paraId="3586D33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661A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E269B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glijgoot is nergens steiler dan 60 graden en gemiddeld niet steiler dan 40 graden.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BCC57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B231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ECC9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C0B35" w14:textId="77777777" w:rsidR="0079287D" w:rsidRDefault="0079287D">
            <w:pPr>
              <w:spacing w:after="0" w:line="240" w:lineRule="auto"/>
            </w:pPr>
          </w:p>
        </w:tc>
      </w:tr>
      <w:tr w:rsidR="0079287D" w14:paraId="6E1AFBE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27C9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36861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glijgootranden zijn minimaal 100 mm hoog bij een valhoogte tot 1.200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D826C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5974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A8FE2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EB74E" w14:textId="77777777" w:rsidR="0079287D" w:rsidRDefault="0079287D">
            <w:pPr>
              <w:spacing w:after="0" w:line="240" w:lineRule="auto"/>
            </w:pPr>
          </w:p>
        </w:tc>
      </w:tr>
      <w:tr w:rsidR="0079287D" w14:paraId="28A8BAA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DF10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58BC4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glijgootranden zijn minimaal 150 mm hoog bij een valhoogte van 1.200 tot 2.500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FA45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051A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A634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F067D" w14:textId="77777777" w:rsidR="0079287D" w:rsidRDefault="0079287D">
            <w:pPr>
              <w:spacing w:after="0" w:line="240" w:lineRule="auto"/>
            </w:pPr>
          </w:p>
        </w:tc>
      </w:tr>
      <w:tr w:rsidR="0079287D" w14:paraId="6BFE437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CAEC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A88B3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valhoogte boven 2.500 mm zijn glijgootranden van minimaal 500 mm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B048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9B68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BA90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FC7BB" w14:textId="77777777" w:rsidR="0079287D" w:rsidRDefault="0079287D">
            <w:pPr>
              <w:spacing w:after="0" w:line="240" w:lineRule="auto"/>
            </w:pPr>
          </w:p>
        </w:tc>
      </w:tr>
      <w:tr w:rsidR="0079287D" w14:paraId="0031B24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054E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6D041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uitloop remt de gebruiker geleidelijk en veilig af.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0246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0841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9357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3C88D" w14:textId="77777777" w:rsidR="0079287D" w:rsidRDefault="0079287D">
            <w:pPr>
              <w:spacing w:after="0" w:line="240" w:lineRule="auto"/>
            </w:pPr>
          </w:p>
        </w:tc>
      </w:tr>
      <w:tr w:rsidR="0079287D" w14:paraId="1F50687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0F43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65C3F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uitloophoogte is maximaal 200 mm bij een korte glijbaan en maximaal 350 mm bij een langere glijbaan.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D927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7D5DE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4896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71F15" w14:textId="77777777" w:rsidR="0079287D" w:rsidRDefault="0079287D">
            <w:pPr>
              <w:spacing w:after="0" w:line="240" w:lineRule="auto"/>
            </w:pPr>
          </w:p>
        </w:tc>
      </w:tr>
      <w:tr w:rsidR="0079287D" w14:paraId="0A851DB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425B2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70BAA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valruimte bedraagt minimaal 1.000 mm naast de glijbaan en 2.000 mm achter de uitloop.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71EC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362BF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036AA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E0C92" w14:textId="77777777" w:rsidR="0079287D" w:rsidRDefault="0079287D">
            <w:pPr>
              <w:spacing w:after="0" w:line="240" w:lineRule="auto"/>
            </w:pPr>
          </w:p>
        </w:tc>
      </w:tr>
      <w:tr w:rsidR="0079287D" w14:paraId="70FD0BD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11BA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E4497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bodem is ten minste geschikt voor een valhoogte van 1.000 mm en past daarnaast bij de werkelijke vrije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39F87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D11F9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727C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E6247" w14:textId="77777777" w:rsidR="0079287D" w:rsidRDefault="0079287D">
            <w:pPr>
              <w:spacing w:after="0" w:line="240" w:lineRule="auto"/>
            </w:pPr>
          </w:p>
        </w:tc>
      </w:tr>
      <w:tr w:rsidR="0079287D" w14:paraId="3BC751A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D27D4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DC450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start en glijgoot zijn geen koordvangende openingen, naar beneden wijzende V-vormen of uitstekende delen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0F1C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91CEB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715E0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EF62F" w14:textId="77777777" w:rsidR="0079287D" w:rsidRDefault="0079287D">
            <w:pPr>
              <w:spacing w:after="0" w:line="240" w:lineRule="auto"/>
            </w:pPr>
          </w:p>
        </w:tc>
      </w:tr>
      <w:tr w:rsidR="0079287D" w14:paraId="7101D25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52333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45510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glijgoot heeft geen scheuren, open naden, scherpe randen, vervormingen of hinderlijke overgangen.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0121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3D16D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63C35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308F99" w14:textId="77777777" w:rsidR="0079287D" w:rsidRDefault="0079287D">
            <w:pPr>
              <w:spacing w:after="0" w:line="240" w:lineRule="auto"/>
            </w:pPr>
          </w:p>
        </w:tc>
      </w:tr>
      <w:tr w:rsidR="0079287D" w14:paraId="0477B13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E89A6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39ADD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glijvlak is voldoende glad, niet overmatig versleten en niet verontreinigd.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91057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49D6A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7D41C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0FF86" w14:textId="77777777" w:rsidR="0079287D" w:rsidRDefault="0079287D">
            <w:pPr>
              <w:spacing w:after="0" w:line="240" w:lineRule="auto"/>
            </w:pPr>
          </w:p>
        </w:tc>
      </w:tr>
      <w:tr w:rsidR="0079287D" w14:paraId="25A09CE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65648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8F70C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metalen glijgoot levert onder de aanwezige omstandigheden geen onaanvaardbaar risico door verhitting op.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A80F7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27C71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CC682" w14:textId="77777777" w:rsidR="0079287D" w:rsidRDefault="0094511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81955" w14:textId="77777777" w:rsidR="0079287D" w:rsidRDefault="0079287D">
            <w:pPr>
              <w:spacing w:after="0" w:line="240" w:lineRule="auto"/>
            </w:pPr>
          </w:p>
        </w:tc>
      </w:tr>
    </w:tbl>
    <w:p w14:paraId="1DAF5D20" w14:textId="77777777" w:rsidR="0079287D" w:rsidRDefault="0094511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79287D" w14:paraId="4AFC4CBA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451FD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1A4E0C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0F4DA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E4EE0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4AEA3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79287D" w14:paraId="29147AFD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8472C" w14:textId="77777777" w:rsidR="0079287D" w:rsidRDefault="0079287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F4763" w14:textId="77777777" w:rsidR="0079287D" w:rsidRDefault="0079287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28A16" w14:textId="77777777" w:rsidR="0079287D" w:rsidRDefault="0079287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86820" w14:textId="77777777" w:rsidR="0079287D" w:rsidRDefault="0079287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F704F" w14:textId="77777777" w:rsidR="0079287D" w:rsidRDefault="0079287D">
            <w:pPr>
              <w:spacing w:after="0" w:line="240" w:lineRule="auto"/>
            </w:pPr>
          </w:p>
        </w:tc>
      </w:tr>
      <w:tr w:rsidR="0079287D" w14:paraId="148F8C40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F1228" w14:textId="77777777" w:rsidR="0079287D" w:rsidRDefault="0079287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83EA1" w14:textId="77777777" w:rsidR="0079287D" w:rsidRDefault="0079287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785E0" w14:textId="77777777" w:rsidR="0079287D" w:rsidRDefault="0079287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79E9E" w14:textId="77777777" w:rsidR="0079287D" w:rsidRDefault="0079287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CEEBC" w14:textId="77777777" w:rsidR="0079287D" w:rsidRDefault="0079287D">
            <w:pPr>
              <w:spacing w:after="0" w:line="240" w:lineRule="auto"/>
            </w:pPr>
          </w:p>
        </w:tc>
      </w:tr>
      <w:tr w:rsidR="0079287D" w14:paraId="034EF8E0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42094" w14:textId="77777777" w:rsidR="0079287D" w:rsidRDefault="0079287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2C9D9" w14:textId="77777777" w:rsidR="0079287D" w:rsidRDefault="0079287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65BE2" w14:textId="77777777" w:rsidR="0079287D" w:rsidRDefault="0079287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F9C9C" w14:textId="77777777" w:rsidR="0079287D" w:rsidRDefault="0079287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7C64A" w14:textId="77777777" w:rsidR="0079287D" w:rsidRDefault="0079287D">
            <w:pPr>
              <w:spacing w:after="0" w:line="240" w:lineRule="auto"/>
            </w:pPr>
          </w:p>
        </w:tc>
      </w:tr>
    </w:tbl>
    <w:p w14:paraId="07AE63BF" w14:textId="77777777" w:rsidR="0079287D" w:rsidRDefault="0094511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48355CF9" w14:textId="77777777" w:rsidR="0079287D" w:rsidRDefault="00945110">
      <w:pPr>
        <w:spacing w:after="100" w:line="240" w:lineRule="auto"/>
      </w:pPr>
      <w:r>
        <w:rPr>
          <w:rFonts w:eastAsia="Arial"/>
          <w:b/>
          <w:sz w:val="17"/>
        </w:rPr>
        <w:t>☐</w:t>
      </w:r>
      <w:r>
        <w:rPr>
          <w:rFonts w:eastAsia="Arial"/>
          <w:b/>
          <w:sz w:val="17"/>
        </w:rPr>
        <w:t xml:space="preserve">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79287D" w14:paraId="68D3D50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C8AF9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C4ACD" w14:textId="77777777" w:rsidR="0079287D" w:rsidRDefault="0079287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E53DF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44ABB" w14:textId="77777777" w:rsidR="0079287D" w:rsidRDefault="0079287D">
            <w:pPr>
              <w:spacing w:after="0" w:line="240" w:lineRule="auto"/>
            </w:pPr>
          </w:p>
        </w:tc>
      </w:tr>
      <w:tr w:rsidR="0079287D" w14:paraId="14F0EC44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0595E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12D3D" w14:textId="77777777" w:rsidR="0079287D" w:rsidRDefault="0079287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13895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4612E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  <w:tr w:rsidR="0079287D" w14:paraId="3CCF7B84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4BC46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7C5E3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F6410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EA868" w14:textId="77777777" w:rsidR="0079287D" w:rsidRDefault="0094511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</w:tbl>
    <w:p w14:paraId="7EC259B5" w14:textId="77777777" w:rsidR="0079287D" w:rsidRDefault="0094511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21"/>
          <w:footerReference w:type="default" r:id="rId22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36246C54" w14:textId="38A6A6F7" w:rsidR="004A4DDC" w:rsidRDefault="00B92D45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Kabelbanen</w:t>
      </w:r>
      <w:proofErr w:type="spellEnd"/>
    </w:p>
    <w:p w14:paraId="2E5C9919" w14:textId="77777777" w:rsidR="004A4DDC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4A4DDC" w14:paraId="520BC16C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31F8" w14:textId="77777777" w:rsidR="004A4DDC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28082D45" w14:textId="77777777" w:rsidR="004A4DDC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Inspectiegegevens</w:t>
      </w:r>
    </w:p>
    <w:p w14:paraId="468BEB4C" w14:textId="77777777" w:rsidR="004A4DDC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A. Algemene controlepunten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A4DDC" w14:paraId="1E18D3D2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EA2E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BEE55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2DCC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C1EC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5E37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437AD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A4DDC" w14:paraId="728ED83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2EF5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3A999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E551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3D6A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FC44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A97CF" w14:textId="77777777" w:rsidR="004A4DDC" w:rsidRDefault="004A4DDC">
            <w:pPr>
              <w:spacing w:after="0" w:line="240" w:lineRule="auto"/>
            </w:pPr>
          </w:p>
        </w:tc>
      </w:tr>
      <w:tr w:rsidR="004A4DDC" w14:paraId="62C2D88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A4F2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CB2BD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1CF7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08A5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795A7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4F90A" w14:textId="77777777" w:rsidR="004A4DDC" w:rsidRDefault="004A4DDC">
            <w:pPr>
              <w:spacing w:after="0" w:line="240" w:lineRule="auto"/>
            </w:pPr>
          </w:p>
        </w:tc>
      </w:tr>
      <w:tr w:rsidR="004A4DDC" w14:paraId="7956F80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8F84C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A6C3A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6C723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249E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AFC7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516C3" w14:textId="77777777" w:rsidR="004A4DDC" w:rsidRDefault="004A4DDC">
            <w:pPr>
              <w:spacing w:after="0" w:line="240" w:lineRule="auto"/>
            </w:pPr>
          </w:p>
        </w:tc>
      </w:tr>
      <w:tr w:rsidR="004A4DDC" w14:paraId="70EC415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5FF6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5058B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424C2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0903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A991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F6616" w14:textId="77777777" w:rsidR="004A4DDC" w:rsidRDefault="004A4DDC">
            <w:pPr>
              <w:spacing w:after="0" w:line="240" w:lineRule="auto"/>
            </w:pPr>
          </w:p>
        </w:tc>
      </w:tr>
      <w:tr w:rsidR="004A4DDC" w14:paraId="134FC21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92ACD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FDD461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95506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F7B1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B28FE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85E20" w14:textId="77777777" w:rsidR="004A4DDC" w:rsidRDefault="004A4DDC">
            <w:pPr>
              <w:spacing w:after="0" w:line="240" w:lineRule="auto"/>
            </w:pPr>
          </w:p>
        </w:tc>
      </w:tr>
      <w:tr w:rsidR="004A4DDC" w14:paraId="331E27C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6161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973FA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3039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D22B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A0AD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FC38F" w14:textId="77777777" w:rsidR="004A4DDC" w:rsidRDefault="004A4DDC">
            <w:pPr>
              <w:spacing w:after="0" w:line="240" w:lineRule="auto"/>
            </w:pPr>
          </w:p>
        </w:tc>
      </w:tr>
      <w:tr w:rsidR="004A4DDC" w14:paraId="454218D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8ED8A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D7E5B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53DE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3ABE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62AC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43C82" w14:textId="77777777" w:rsidR="004A4DDC" w:rsidRDefault="004A4DDC">
            <w:pPr>
              <w:spacing w:after="0" w:line="240" w:lineRule="auto"/>
            </w:pPr>
          </w:p>
        </w:tc>
      </w:tr>
      <w:tr w:rsidR="004A4DDC" w14:paraId="5F9B3F2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F291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79040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5B2A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299F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A4E1C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361CA" w14:textId="77777777" w:rsidR="004A4DDC" w:rsidRDefault="004A4DDC">
            <w:pPr>
              <w:spacing w:after="0" w:line="240" w:lineRule="auto"/>
            </w:pPr>
          </w:p>
        </w:tc>
      </w:tr>
      <w:tr w:rsidR="004A4DDC" w14:paraId="62003B9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27A8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49883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BCE4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46656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6B91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7D556" w14:textId="77777777" w:rsidR="004A4DDC" w:rsidRDefault="004A4DDC">
            <w:pPr>
              <w:spacing w:after="0" w:line="240" w:lineRule="auto"/>
            </w:pPr>
          </w:p>
        </w:tc>
      </w:tr>
      <w:tr w:rsidR="004A4DDC" w14:paraId="593C543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B6A6C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E8527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713C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F188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BEAD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C71F3" w14:textId="77777777" w:rsidR="004A4DDC" w:rsidRDefault="004A4DDC">
            <w:pPr>
              <w:spacing w:after="0" w:line="240" w:lineRule="auto"/>
            </w:pPr>
          </w:p>
        </w:tc>
      </w:tr>
      <w:tr w:rsidR="004A4DDC" w14:paraId="2B6DC8B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6984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C58F2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D197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8185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9CCF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81A83" w14:textId="77777777" w:rsidR="004A4DDC" w:rsidRDefault="004A4DDC">
            <w:pPr>
              <w:spacing w:after="0" w:line="240" w:lineRule="auto"/>
            </w:pPr>
          </w:p>
        </w:tc>
      </w:tr>
      <w:tr w:rsidR="004A4DDC" w14:paraId="7F389D1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9E60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97FD1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94B6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E2CB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57BB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6CC4E" w14:textId="77777777" w:rsidR="004A4DDC" w:rsidRDefault="004A4DDC">
            <w:pPr>
              <w:spacing w:after="0" w:line="240" w:lineRule="auto"/>
            </w:pPr>
          </w:p>
        </w:tc>
      </w:tr>
      <w:tr w:rsidR="004A4DDC" w14:paraId="5E5B394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00DA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93283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399D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0B2A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3893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2D752" w14:textId="77777777" w:rsidR="004A4DDC" w:rsidRDefault="004A4DDC">
            <w:pPr>
              <w:spacing w:after="0" w:line="240" w:lineRule="auto"/>
            </w:pPr>
          </w:p>
        </w:tc>
      </w:tr>
    </w:tbl>
    <w:p w14:paraId="6CB26157" w14:textId="77777777" w:rsidR="004A4DDC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Kabelbanen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A4DDC" w14:paraId="457A4408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D380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BFE59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97BF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49DB3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2AB0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70A14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A4DDC" w14:paraId="3778212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0CB8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D1E70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draagkabel bestaat uit verzinkt of roestvast staaldraad en vertoont geen draadbreuk, corrosie, knikken of vervorming.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5761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F0548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7A8C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24C5C" w14:textId="77777777" w:rsidR="004A4DDC" w:rsidRDefault="004A4DDC">
            <w:pPr>
              <w:spacing w:after="0" w:line="240" w:lineRule="auto"/>
            </w:pPr>
          </w:p>
        </w:tc>
      </w:tr>
      <w:tr w:rsidR="004A4DDC" w14:paraId="684AC91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C330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D6770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kabelspanning is correct en de kabel kan volgens de fabrikant worden nagespannen.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5DE65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1B71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8B51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8B3E9" w14:textId="77777777" w:rsidR="004A4DDC" w:rsidRDefault="004A4DDC">
            <w:pPr>
              <w:spacing w:after="0" w:line="240" w:lineRule="auto"/>
            </w:pPr>
          </w:p>
        </w:tc>
      </w:tr>
      <w:tr w:rsidR="004A4DDC" w14:paraId="232EEEE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129DC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FA0BB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loopkat blijft correct op de kabel en is afgeschermd tegen vingerbeknelling.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60E8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8672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909E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C8248" w14:textId="77777777" w:rsidR="004A4DDC" w:rsidRDefault="004A4DDC">
            <w:pPr>
              <w:spacing w:after="0" w:line="240" w:lineRule="auto"/>
            </w:pPr>
          </w:p>
        </w:tc>
      </w:tr>
      <w:tr w:rsidR="004A4DDC" w14:paraId="3BE726D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0F41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09862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zitje of de greep is onbeschadigd, stevig verbonden en geschikt voor het bedoelde gebruik.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29767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74646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FCF0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568ED" w14:textId="77777777" w:rsidR="004A4DDC" w:rsidRDefault="004A4DDC">
            <w:pPr>
              <w:spacing w:after="0" w:line="240" w:lineRule="auto"/>
            </w:pPr>
          </w:p>
        </w:tc>
      </w:tr>
      <w:tr w:rsidR="004A4DDC" w14:paraId="0557752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9B84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B07D00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zitkabelbaan hangt het belaste zitje minimaal 400 mm boven de grond.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83BB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7F01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1771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1BE8A" w14:textId="77777777" w:rsidR="004A4DDC" w:rsidRDefault="004A4DDC">
            <w:pPr>
              <w:spacing w:after="0" w:line="240" w:lineRule="auto"/>
            </w:pPr>
          </w:p>
        </w:tc>
      </w:tr>
      <w:tr w:rsidR="004A4DDC" w14:paraId="1F2A144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6E5F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FF091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hangkabelbaan hangt de greep bij het startpunt minimaal 1.500 mm hoog.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CD65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7EED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2BE7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2C26F" w14:textId="77777777" w:rsidR="004A4DDC" w:rsidRDefault="004A4DDC">
            <w:pPr>
              <w:spacing w:after="0" w:line="240" w:lineRule="auto"/>
            </w:pPr>
          </w:p>
        </w:tc>
      </w:tr>
      <w:tr w:rsidR="004A4DDC" w14:paraId="08F5DFF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906F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C1DE5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hangkabelbaan bevindt het ophangpunt zich minimaal 2.500 mm hoog.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3CBE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35F53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CC247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5F070" w14:textId="77777777" w:rsidR="004A4DDC" w:rsidRDefault="004A4DDC">
            <w:pPr>
              <w:spacing w:after="0" w:line="240" w:lineRule="auto"/>
            </w:pPr>
          </w:p>
        </w:tc>
      </w:tr>
      <w:tr w:rsidR="004A4DDC" w14:paraId="508804B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CDF90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98E4D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hangkabelbaan bevindt de onbelaste greep zich halverwege tussen 2.000 en 3.000 mm hoog.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4E48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016F7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DC83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7A314" w14:textId="77777777" w:rsidR="004A4DDC" w:rsidRDefault="004A4DDC">
            <w:pPr>
              <w:spacing w:after="0" w:line="240" w:lineRule="auto"/>
            </w:pPr>
          </w:p>
        </w:tc>
      </w:tr>
      <w:tr w:rsidR="004A4DDC" w14:paraId="4143284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9C12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341B2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valruimte bedraagt minimaal 2.000 mm aan iedere zijde en 2.000 mm achter de maximale uitzwaai.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C054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471A7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8F83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77367" w14:textId="77777777" w:rsidR="004A4DDC" w:rsidRDefault="004A4DDC">
            <w:pPr>
              <w:spacing w:after="0" w:line="240" w:lineRule="auto"/>
            </w:pPr>
          </w:p>
        </w:tc>
      </w:tr>
      <w:tr w:rsidR="004A4DDC" w14:paraId="381CB52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E3C22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5D199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maximale snelheid bedraagt 7 m/s, voor zover dit door meting of documentatie moet worden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6ADFB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D3008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85F13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43045" w14:textId="77777777" w:rsidR="004A4DDC" w:rsidRDefault="004A4DDC">
            <w:pPr>
              <w:spacing w:after="0" w:line="240" w:lineRule="auto"/>
            </w:pPr>
          </w:p>
        </w:tc>
      </w:tr>
      <w:tr w:rsidR="004A4DDC" w14:paraId="107959C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DD309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5D982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gebruiker wordt aan het begin en einde geleidelijk afgeremd; stoppers en remvoorzieningen functioneren.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636E1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429BC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1DC86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5E89B" w14:textId="77777777" w:rsidR="004A4DDC" w:rsidRDefault="004A4DDC">
            <w:pPr>
              <w:spacing w:after="0" w:line="240" w:lineRule="auto"/>
            </w:pPr>
          </w:p>
        </w:tc>
      </w:tr>
      <w:tr w:rsidR="004A4DDC" w14:paraId="6E5ED90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4F39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2B836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zitje of de greep zwaait bij het afremmen niet verder dan 45 graden door.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1B1DA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0E7EA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DCF2D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1E304" w14:textId="77777777" w:rsidR="004A4DDC" w:rsidRDefault="004A4DDC">
            <w:pPr>
              <w:spacing w:after="0" w:line="240" w:lineRule="auto"/>
            </w:pPr>
          </w:p>
        </w:tc>
      </w:tr>
      <w:tr w:rsidR="004A4DDC" w14:paraId="6A712E5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9EEAA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5BDE8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baan, palen, funderingen en bevestigingspunten zijn stabiel en vertonen geen ontoelaatbare slijtage.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3586E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4440F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3D3F4" w14:textId="77777777" w:rsidR="004A4DDC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C7360B" w14:textId="77777777" w:rsidR="004A4DDC" w:rsidRDefault="004A4DDC">
            <w:pPr>
              <w:spacing w:after="0" w:line="240" w:lineRule="auto"/>
            </w:pPr>
          </w:p>
        </w:tc>
      </w:tr>
    </w:tbl>
    <w:p w14:paraId="130AD00A" w14:textId="77777777" w:rsidR="004A4DDC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4A4DDC" w14:paraId="2AFCE512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BD7B7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F5748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429CA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412E8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6371C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4A4DDC" w14:paraId="311221A5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CAA59" w14:textId="77777777" w:rsidR="004A4DDC" w:rsidRDefault="004A4DDC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FE4C3" w14:textId="77777777" w:rsidR="004A4DDC" w:rsidRDefault="004A4DDC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7CACE" w14:textId="77777777" w:rsidR="004A4DDC" w:rsidRDefault="004A4DDC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C22FD" w14:textId="77777777" w:rsidR="004A4DDC" w:rsidRDefault="004A4DDC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7422A" w14:textId="77777777" w:rsidR="004A4DDC" w:rsidRDefault="004A4DDC">
            <w:pPr>
              <w:spacing w:after="0" w:line="240" w:lineRule="auto"/>
            </w:pPr>
          </w:p>
        </w:tc>
      </w:tr>
      <w:tr w:rsidR="004A4DDC" w14:paraId="1C9AE6F1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18F5C" w14:textId="77777777" w:rsidR="004A4DDC" w:rsidRDefault="004A4DDC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57CCA" w14:textId="77777777" w:rsidR="004A4DDC" w:rsidRDefault="004A4DDC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105FC" w14:textId="77777777" w:rsidR="004A4DDC" w:rsidRDefault="004A4DDC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F5BA8" w14:textId="77777777" w:rsidR="004A4DDC" w:rsidRDefault="004A4DDC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BFDF8" w14:textId="77777777" w:rsidR="004A4DDC" w:rsidRDefault="004A4DDC">
            <w:pPr>
              <w:spacing w:after="0" w:line="240" w:lineRule="auto"/>
            </w:pPr>
          </w:p>
        </w:tc>
      </w:tr>
      <w:tr w:rsidR="004A4DDC" w14:paraId="70719F6E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A68D7" w14:textId="77777777" w:rsidR="004A4DDC" w:rsidRDefault="004A4DDC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4F046" w14:textId="77777777" w:rsidR="004A4DDC" w:rsidRDefault="004A4DDC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2841F" w14:textId="77777777" w:rsidR="004A4DDC" w:rsidRDefault="004A4DDC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3792C" w14:textId="77777777" w:rsidR="004A4DDC" w:rsidRDefault="004A4DDC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C53A5" w14:textId="77777777" w:rsidR="004A4DDC" w:rsidRDefault="004A4DDC">
            <w:pPr>
              <w:spacing w:after="0" w:line="240" w:lineRule="auto"/>
            </w:pPr>
          </w:p>
        </w:tc>
      </w:tr>
    </w:tbl>
    <w:p w14:paraId="51FE2B88" w14:textId="77777777" w:rsidR="004A4DDC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1ED8E1E4" w14:textId="77777777" w:rsidR="004A4DDC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4A4DDC" w14:paraId="5CAE29E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EA75F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79C30" w14:textId="77777777" w:rsidR="004A4DDC" w:rsidRDefault="004A4DDC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FAB85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3B046" w14:textId="77777777" w:rsidR="004A4DDC" w:rsidRDefault="004A4DDC">
            <w:pPr>
              <w:spacing w:after="0" w:line="240" w:lineRule="auto"/>
            </w:pPr>
          </w:p>
        </w:tc>
      </w:tr>
      <w:tr w:rsidR="004A4DDC" w14:paraId="697A3EE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BA1DF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DA801" w14:textId="77777777" w:rsidR="004A4DDC" w:rsidRDefault="004A4DDC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2E67D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0FEC2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4A4DDC" w14:paraId="0799EE4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C0960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0591A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7213F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34FD1" w14:textId="77777777" w:rsidR="004A4DDC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3756DC1B" w14:textId="77777777" w:rsidR="004A4DDC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23"/>
          <w:footerReference w:type="default" r:id="rId24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208A85C9" w14:textId="60670D01" w:rsidR="00BB115B" w:rsidRDefault="00326AE6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Klimtoestellen</w:t>
      </w:r>
      <w:proofErr w:type="spellEnd"/>
    </w:p>
    <w:p w14:paraId="7D3B462F" w14:textId="77777777" w:rsidR="00BB115B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B115B" w14:paraId="3A92B20B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74EE" w14:textId="77777777" w:rsidR="00BB115B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3DFC7A02" w14:textId="77777777" w:rsidR="00EA7863" w:rsidRDefault="00000000" w:rsidP="00EA7863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25356AAA" w14:textId="06030C53" w:rsidR="00BB115B" w:rsidRDefault="00000000" w:rsidP="00EA7863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BB115B" w14:paraId="14218E32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9C32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10011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C75E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3DDB5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D4AD6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CC4AA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BB115B" w14:paraId="62B53EF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8BEDF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F5F61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AFB6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C9A14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FD97F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783BA" w14:textId="77777777" w:rsidR="00BB115B" w:rsidRDefault="00BB115B">
            <w:pPr>
              <w:spacing w:after="0" w:line="240" w:lineRule="auto"/>
            </w:pPr>
          </w:p>
        </w:tc>
      </w:tr>
      <w:tr w:rsidR="00BB115B" w14:paraId="1ADBC9F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CDBF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ED3CA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FD66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12E7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F9D0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74E84" w14:textId="77777777" w:rsidR="00BB115B" w:rsidRDefault="00BB115B">
            <w:pPr>
              <w:spacing w:after="0" w:line="240" w:lineRule="auto"/>
            </w:pPr>
          </w:p>
        </w:tc>
      </w:tr>
      <w:tr w:rsidR="00BB115B" w14:paraId="6D1A987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EC790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AD52E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0EE8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C4A7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1E71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B1CBF" w14:textId="77777777" w:rsidR="00BB115B" w:rsidRDefault="00BB115B">
            <w:pPr>
              <w:spacing w:after="0" w:line="240" w:lineRule="auto"/>
            </w:pPr>
          </w:p>
        </w:tc>
      </w:tr>
      <w:tr w:rsidR="00BB115B" w14:paraId="02FA362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8C9B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FC800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8834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0845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115A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99086" w14:textId="77777777" w:rsidR="00BB115B" w:rsidRDefault="00BB115B">
            <w:pPr>
              <w:spacing w:after="0" w:line="240" w:lineRule="auto"/>
            </w:pPr>
          </w:p>
        </w:tc>
      </w:tr>
      <w:tr w:rsidR="00BB115B" w14:paraId="0095486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B547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4808C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45C7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FD1B5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E18E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EBA13" w14:textId="77777777" w:rsidR="00BB115B" w:rsidRDefault="00BB115B">
            <w:pPr>
              <w:spacing w:after="0" w:line="240" w:lineRule="auto"/>
            </w:pPr>
          </w:p>
        </w:tc>
      </w:tr>
      <w:tr w:rsidR="00BB115B" w14:paraId="1E271B0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7D85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410B3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168C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DC4F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AA27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82599" w14:textId="77777777" w:rsidR="00BB115B" w:rsidRDefault="00BB115B">
            <w:pPr>
              <w:spacing w:after="0" w:line="240" w:lineRule="auto"/>
            </w:pPr>
          </w:p>
        </w:tc>
      </w:tr>
      <w:tr w:rsidR="00BB115B" w14:paraId="7F90587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58B9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97088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EE63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30A3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C0DA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50E3E" w14:textId="77777777" w:rsidR="00BB115B" w:rsidRDefault="00BB115B">
            <w:pPr>
              <w:spacing w:after="0" w:line="240" w:lineRule="auto"/>
            </w:pPr>
          </w:p>
        </w:tc>
      </w:tr>
      <w:tr w:rsidR="00BB115B" w14:paraId="79B4A02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F5F7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E50F2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3F8E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191F6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967E0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2F098" w14:textId="77777777" w:rsidR="00BB115B" w:rsidRDefault="00BB115B">
            <w:pPr>
              <w:spacing w:after="0" w:line="240" w:lineRule="auto"/>
            </w:pPr>
          </w:p>
        </w:tc>
      </w:tr>
      <w:tr w:rsidR="00BB115B" w14:paraId="623320C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FF29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9AA1F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0545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112E1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E2A31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55539" w14:textId="77777777" w:rsidR="00BB115B" w:rsidRDefault="00BB115B">
            <w:pPr>
              <w:spacing w:after="0" w:line="240" w:lineRule="auto"/>
            </w:pPr>
          </w:p>
        </w:tc>
      </w:tr>
      <w:tr w:rsidR="00BB115B" w14:paraId="758A6CA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C7D0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56B7A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923C6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E57D1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EBD48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60715" w14:textId="77777777" w:rsidR="00BB115B" w:rsidRDefault="00BB115B">
            <w:pPr>
              <w:spacing w:after="0" w:line="240" w:lineRule="auto"/>
            </w:pPr>
          </w:p>
        </w:tc>
      </w:tr>
      <w:tr w:rsidR="00BB115B" w14:paraId="6EF023B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6E2B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53C9C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2FF3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6CDC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24168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4305C" w14:textId="77777777" w:rsidR="00BB115B" w:rsidRDefault="00BB115B">
            <w:pPr>
              <w:spacing w:after="0" w:line="240" w:lineRule="auto"/>
            </w:pPr>
          </w:p>
        </w:tc>
      </w:tr>
      <w:tr w:rsidR="00BB115B" w14:paraId="2B070D0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826A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0F035F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12A4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FCCA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BA505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6960C" w14:textId="77777777" w:rsidR="00BB115B" w:rsidRDefault="00BB115B">
            <w:pPr>
              <w:spacing w:after="0" w:line="240" w:lineRule="auto"/>
            </w:pPr>
          </w:p>
        </w:tc>
      </w:tr>
      <w:tr w:rsidR="00BB115B" w14:paraId="41FF658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C522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8CFB4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4F9F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756C5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92A2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21D01" w14:textId="77777777" w:rsidR="00BB115B" w:rsidRDefault="00BB115B">
            <w:pPr>
              <w:spacing w:after="0" w:line="240" w:lineRule="auto"/>
            </w:pPr>
          </w:p>
        </w:tc>
      </w:tr>
    </w:tbl>
    <w:p w14:paraId="7DE5AF2F" w14:textId="77777777" w:rsidR="00BB115B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Klimtoestellen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BB115B" w14:paraId="3E3FC4D1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E91D6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DB102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C73B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01318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92A81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065D7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BB115B" w14:paraId="31DBBC5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E6C5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3F9E26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gemeten vanaf de hoogste met de voeten bereikbare steun, bedraagt maximaal 3.000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2EF66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6DC7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5AFB4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275BE" w14:textId="77777777" w:rsidR="00BB115B" w:rsidRDefault="00BB115B">
            <w:pPr>
              <w:spacing w:after="0" w:line="240" w:lineRule="auto"/>
            </w:pPr>
          </w:p>
        </w:tc>
      </w:tr>
      <w:tr w:rsidR="00BB115B" w14:paraId="77E6119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4FF90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D2CB9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is afgestemd op de vrije valhoogte en de valruimte is vrij van harde obstakels.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9A73F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2074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D540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E7833" w14:textId="77777777" w:rsidR="00BB115B" w:rsidRDefault="00BB115B">
            <w:pPr>
              <w:spacing w:after="0" w:line="240" w:lineRule="auto"/>
            </w:pPr>
          </w:p>
        </w:tc>
      </w:tr>
      <w:tr w:rsidR="00BB115B" w14:paraId="181233E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CEE1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709AD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Sporten, treden, handgrepen en voetsteunen zijn compleet, stevig en niet glad of 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B0E75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68BD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EF81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06D6A" w14:textId="77777777" w:rsidR="00BB115B" w:rsidRDefault="00BB115B">
            <w:pPr>
              <w:spacing w:after="0" w:line="240" w:lineRule="auto"/>
            </w:pPr>
          </w:p>
        </w:tc>
      </w:tr>
      <w:tr w:rsidR="00BB115B" w14:paraId="23F8610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F02B0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6C985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Touwen, kabels en netten vertonen geen rafeling, draadbreuk, slijtage, losse klemmen of onjuiste spanning.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DB3E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B94C9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7C421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BE90D" w14:textId="77777777" w:rsidR="00BB115B" w:rsidRDefault="00BB115B">
            <w:pPr>
              <w:spacing w:after="0" w:line="240" w:lineRule="auto"/>
            </w:pPr>
          </w:p>
        </w:tc>
      </w:tr>
      <w:tr w:rsidR="00BB115B" w14:paraId="03D4A63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E2F9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39D19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constructie, palen, platforms en funderingen zijn stabiel en niet vervormd of verzakt.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EB69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008B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B14F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13D2D" w14:textId="77777777" w:rsidR="00BB115B" w:rsidRDefault="00BB115B">
            <w:pPr>
              <w:spacing w:after="0" w:line="240" w:lineRule="auto"/>
            </w:pPr>
          </w:p>
        </w:tc>
      </w:tr>
      <w:tr w:rsidR="00BB115B" w14:paraId="7A3D13E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94EAB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BC2EC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Openingen en overgangen veroorzaken geen beknelling van hoofd, nek, lichaam, vingers of voeten.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1B88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17A0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3F833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58E32" w14:textId="77777777" w:rsidR="00BB115B" w:rsidRDefault="00BB115B">
            <w:pPr>
              <w:spacing w:after="0" w:line="240" w:lineRule="auto"/>
            </w:pPr>
          </w:p>
        </w:tc>
      </w:tr>
      <w:tr w:rsidR="00BB115B" w14:paraId="669F3A8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1ECA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515547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Platforms zijn vlak, stroef, onbeschadigd en voorzien van passende valbeveiliging.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179F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16F52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86E3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9DEA6" w14:textId="77777777" w:rsidR="00BB115B" w:rsidRDefault="00BB115B">
            <w:pPr>
              <w:spacing w:after="0" w:line="240" w:lineRule="auto"/>
            </w:pPr>
          </w:p>
        </w:tc>
      </w:tr>
      <w:tr w:rsidR="00BB115B" w14:paraId="4271640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53E0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9B5D0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hoogteverschil tussen twee opeenvolgende platforms bedraagt maximaal 1.000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0BE88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A5CA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1F03A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9AE52" w14:textId="77777777" w:rsidR="00BB115B" w:rsidRDefault="00BB115B">
            <w:pPr>
              <w:spacing w:after="0" w:line="240" w:lineRule="auto"/>
            </w:pPr>
          </w:p>
        </w:tc>
      </w:tr>
      <w:tr w:rsidR="00BB115B" w14:paraId="22E81AE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7D530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A4817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Verbindingen van netten, touwen, sporten en dragende delen zijn compleet en geborgd.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C4FE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3326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27F0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0EE6F" w14:textId="77777777" w:rsidR="00BB115B" w:rsidRDefault="00BB115B">
            <w:pPr>
              <w:spacing w:after="0" w:line="240" w:lineRule="auto"/>
            </w:pPr>
          </w:p>
        </w:tc>
      </w:tr>
      <w:tr w:rsidR="00BB115B" w14:paraId="1616372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DC0A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4963E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 past bij de beoogde leeftijdsgroep; hoge of risicovolle delen zijn voor jonge kinderen niet te gemakkelijk bereikbaar.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49E9E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5E1EC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9025D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C6548" w14:textId="77777777" w:rsidR="00BB115B" w:rsidRDefault="00BB115B">
            <w:pPr>
              <w:spacing w:after="0" w:line="240" w:lineRule="auto"/>
            </w:pPr>
          </w:p>
        </w:tc>
      </w:tr>
      <w:tr w:rsidR="00BB115B" w14:paraId="38C1D74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F7FC7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5EB9B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gebruiker kan na het omhoog klimmen ook veilig terugkeren of het toestel verlaten.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C6BF5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656E4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04E35" w14:textId="77777777" w:rsidR="00BB115B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517E0" w14:textId="77777777" w:rsidR="00BB115B" w:rsidRDefault="00BB115B">
            <w:pPr>
              <w:spacing w:after="0" w:line="240" w:lineRule="auto"/>
            </w:pPr>
          </w:p>
        </w:tc>
      </w:tr>
    </w:tbl>
    <w:p w14:paraId="7F6D603D" w14:textId="77777777" w:rsidR="00BB115B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BB115B" w14:paraId="0D8B2B8B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1F800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3EACC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362EF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747F5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079BD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BB115B" w14:paraId="5DFDE271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22BD8" w14:textId="77777777" w:rsidR="00BB115B" w:rsidRDefault="00BB115B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8C7B8" w14:textId="77777777" w:rsidR="00BB115B" w:rsidRDefault="00BB115B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2DE46" w14:textId="77777777" w:rsidR="00BB115B" w:rsidRDefault="00BB115B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95E3A5" w14:textId="77777777" w:rsidR="00BB115B" w:rsidRDefault="00BB115B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AFDF8" w14:textId="77777777" w:rsidR="00BB115B" w:rsidRDefault="00BB115B">
            <w:pPr>
              <w:spacing w:after="0" w:line="240" w:lineRule="auto"/>
            </w:pPr>
          </w:p>
        </w:tc>
      </w:tr>
      <w:tr w:rsidR="00BB115B" w14:paraId="6A3F9629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4F099" w14:textId="77777777" w:rsidR="00BB115B" w:rsidRDefault="00BB115B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F1ED5" w14:textId="77777777" w:rsidR="00BB115B" w:rsidRDefault="00BB115B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EB7F5" w14:textId="77777777" w:rsidR="00BB115B" w:rsidRDefault="00BB115B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3FF07" w14:textId="77777777" w:rsidR="00BB115B" w:rsidRDefault="00BB115B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BA541" w14:textId="77777777" w:rsidR="00BB115B" w:rsidRDefault="00BB115B">
            <w:pPr>
              <w:spacing w:after="0" w:line="240" w:lineRule="auto"/>
            </w:pPr>
          </w:p>
        </w:tc>
      </w:tr>
      <w:tr w:rsidR="00BB115B" w14:paraId="7AFEF7D6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0A426" w14:textId="77777777" w:rsidR="00BB115B" w:rsidRDefault="00BB115B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605F2" w14:textId="77777777" w:rsidR="00BB115B" w:rsidRDefault="00BB115B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EDAF9" w14:textId="77777777" w:rsidR="00BB115B" w:rsidRDefault="00BB115B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355ED" w14:textId="77777777" w:rsidR="00BB115B" w:rsidRDefault="00BB115B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44C46" w14:textId="77777777" w:rsidR="00BB115B" w:rsidRDefault="00BB115B">
            <w:pPr>
              <w:spacing w:after="0" w:line="240" w:lineRule="auto"/>
            </w:pPr>
          </w:p>
        </w:tc>
      </w:tr>
    </w:tbl>
    <w:p w14:paraId="2276C7DA" w14:textId="77777777" w:rsidR="00BB115B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41DDBA75" w14:textId="77777777" w:rsidR="00BB115B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BB115B" w14:paraId="66D54E2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6E02F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3686E" w14:textId="77777777" w:rsidR="00BB115B" w:rsidRDefault="00BB115B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9A1975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F5AA6" w14:textId="77777777" w:rsidR="00BB115B" w:rsidRDefault="00BB115B">
            <w:pPr>
              <w:spacing w:after="0" w:line="240" w:lineRule="auto"/>
            </w:pPr>
          </w:p>
        </w:tc>
      </w:tr>
      <w:tr w:rsidR="00BB115B" w14:paraId="12B9B4A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4CCD9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352A9" w14:textId="77777777" w:rsidR="00BB115B" w:rsidRDefault="00BB115B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6EF37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3F84F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BB115B" w14:paraId="0890B28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56A13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34633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8F090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19C95" w14:textId="77777777" w:rsidR="00BB115B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321ED4CB" w14:textId="77777777" w:rsidR="00BB115B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25"/>
          <w:footerReference w:type="default" r:id="rId26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230D442E" w14:textId="176B7B82" w:rsidR="00E34CD1" w:rsidRDefault="003341A2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CE2520">
        <w:rPr>
          <w:rFonts w:ascii="Arial" w:eastAsia="Arial" w:hAnsi="Arial"/>
          <w:color w:val="000000"/>
        </w:rPr>
        <w:t xml:space="preserve"> </w:t>
      </w:r>
      <w:proofErr w:type="spellStart"/>
      <w:r w:rsidR="00CE2520">
        <w:rPr>
          <w:rFonts w:ascii="Arial" w:eastAsia="Arial" w:hAnsi="Arial"/>
          <w:color w:val="000000"/>
        </w:rPr>
        <w:t>Looptonnen</w:t>
      </w:r>
      <w:proofErr w:type="spellEnd"/>
    </w:p>
    <w:p w14:paraId="4EFD70FA" w14:textId="77777777" w:rsidR="00E34CD1" w:rsidRDefault="00CE252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34CD1" w14:paraId="24D1E6E1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3FF9C" w14:textId="77777777" w:rsidR="00E34CD1" w:rsidRDefault="00CE252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3FCF3418" w14:textId="77777777" w:rsidR="00263DD2" w:rsidRDefault="00CE2520" w:rsidP="00263DD2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1C4DA58E" w14:textId="1F7AA9C2" w:rsidR="00E34CD1" w:rsidRDefault="00CE2520" w:rsidP="00263DD2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E34CD1" w14:paraId="395A532F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4EAC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</w:t>
            </w:r>
            <w:r>
              <w:rPr>
                <w:rFonts w:eastAsia="Arial"/>
                <w:b/>
                <w:sz w:val="15"/>
              </w:rPr>
              <w:t>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015AF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CAD4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1047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52A7D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BCE68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E34CD1" w14:paraId="4269378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FF0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577ED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6846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2644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E7B4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BE0BC" w14:textId="77777777" w:rsidR="00E34CD1" w:rsidRDefault="00E34CD1">
            <w:pPr>
              <w:spacing w:after="0" w:line="240" w:lineRule="auto"/>
            </w:pPr>
          </w:p>
        </w:tc>
      </w:tr>
      <w:tr w:rsidR="00E34CD1" w14:paraId="1F84351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42ED3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54D5D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5B42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D7EC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4A79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E9198" w14:textId="77777777" w:rsidR="00E34CD1" w:rsidRDefault="00E34CD1">
            <w:pPr>
              <w:spacing w:after="0" w:line="240" w:lineRule="auto"/>
            </w:pPr>
          </w:p>
        </w:tc>
      </w:tr>
      <w:tr w:rsidR="00E34CD1" w14:paraId="0EFD463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63230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02C0F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72660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7EC1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8350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7E447" w14:textId="77777777" w:rsidR="00E34CD1" w:rsidRDefault="00E34CD1">
            <w:pPr>
              <w:spacing w:after="0" w:line="240" w:lineRule="auto"/>
            </w:pPr>
          </w:p>
        </w:tc>
      </w:tr>
      <w:tr w:rsidR="00E34CD1" w14:paraId="60E09B4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C992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D5FB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CC4F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C41D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7C64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E6975" w14:textId="77777777" w:rsidR="00E34CD1" w:rsidRDefault="00E34CD1">
            <w:pPr>
              <w:spacing w:after="0" w:line="240" w:lineRule="auto"/>
            </w:pPr>
          </w:p>
        </w:tc>
      </w:tr>
      <w:tr w:rsidR="00E34CD1" w14:paraId="58691D2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1AA3E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CCFE2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1FF64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6FDB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F669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FF68EC" w14:textId="77777777" w:rsidR="00E34CD1" w:rsidRDefault="00E34CD1">
            <w:pPr>
              <w:spacing w:after="0" w:line="240" w:lineRule="auto"/>
            </w:pPr>
          </w:p>
        </w:tc>
      </w:tr>
      <w:tr w:rsidR="00E34CD1" w14:paraId="368229B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0F474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EED5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31AD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9587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4779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CE74C" w14:textId="77777777" w:rsidR="00E34CD1" w:rsidRDefault="00E34CD1">
            <w:pPr>
              <w:spacing w:after="0" w:line="240" w:lineRule="auto"/>
            </w:pPr>
          </w:p>
        </w:tc>
      </w:tr>
      <w:tr w:rsidR="00E34CD1" w14:paraId="20EFC7B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77340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D3E4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C314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BE6EE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72CB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C97FF" w14:textId="77777777" w:rsidR="00E34CD1" w:rsidRDefault="00E34CD1">
            <w:pPr>
              <w:spacing w:after="0" w:line="240" w:lineRule="auto"/>
            </w:pPr>
          </w:p>
        </w:tc>
      </w:tr>
      <w:tr w:rsidR="00E34CD1" w14:paraId="54B62C5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E56A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04AD1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32C90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154B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C10D4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E63C3" w14:textId="77777777" w:rsidR="00E34CD1" w:rsidRDefault="00E34CD1">
            <w:pPr>
              <w:spacing w:after="0" w:line="240" w:lineRule="auto"/>
            </w:pPr>
          </w:p>
        </w:tc>
      </w:tr>
      <w:tr w:rsidR="00E34CD1" w14:paraId="70356A1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10E0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31FD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A69E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CBB9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5B4C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4E1C1" w14:textId="77777777" w:rsidR="00E34CD1" w:rsidRDefault="00E34CD1">
            <w:pPr>
              <w:spacing w:after="0" w:line="240" w:lineRule="auto"/>
            </w:pPr>
          </w:p>
        </w:tc>
      </w:tr>
      <w:tr w:rsidR="00E34CD1" w14:paraId="35AF5ED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34740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12EC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B670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D1564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A9C0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0BEA9" w14:textId="77777777" w:rsidR="00E34CD1" w:rsidRDefault="00E34CD1">
            <w:pPr>
              <w:spacing w:after="0" w:line="240" w:lineRule="auto"/>
            </w:pPr>
          </w:p>
        </w:tc>
      </w:tr>
      <w:tr w:rsidR="00E34CD1" w14:paraId="302316E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64B4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2AF38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8DBA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037B8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6465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54FCC" w14:textId="77777777" w:rsidR="00E34CD1" w:rsidRDefault="00E34CD1">
            <w:pPr>
              <w:spacing w:after="0" w:line="240" w:lineRule="auto"/>
            </w:pPr>
          </w:p>
        </w:tc>
      </w:tr>
      <w:tr w:rsidR="00E34CD1" w14:paraId="28516D9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38FC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FFE5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E28A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1A539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618F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92D73" w14:textId="77777777" w:rsidR="00E34CD1" w:rsidRDefault="00E34CD1">
            <w:pPr>
              <w:spacing w:after="0" w:line="240" w:lineRule="auto"/>
            </w:pPr>
          </w:p>
        </w:tc>
      </w:tr>
      <w:tr w:rsidR="00E34CD1" w14:paraId="4BE58D7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536E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74276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D71D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45688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7BC9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AB383" w14:textId="77777777" w:rsidR="00E34CD1" w:rsidRDefault="00E34CD1">
            <w:pPr>
              <w:spacing w:after="0" w:line="240" w:lineRule="auto"/>
            </w:pPr>
          </w:p>
        </w:tc>
      </w:tr>
    </w:tbl>
    <w:p w14:paraId="4070149F" w14:textId="77777777" w:rsidR="00E34CD1" w:rsidRDefault="00CE252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Looptonnen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E34CD1" w14:paraId="77048FE2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3F92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AC58F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9B7B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AE81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67BB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41E2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E34CD1" w14:paraId="5222DE6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0BE4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04FE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Naden en aansluitingen van de ton zijn gesloten, vlak en vrij van scherpe randen of grijppunten.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748C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F188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C31EF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45739" w14:textId="77777777" w:rsidR="00E34CD1" w:rsidRDefault="00E34CD1">
            <w:pPr>
              <w:spacing w:after="0" w:line="240" w:lineRule="auto"/>
            </w:pPr>
          </w:p>
        </w:tc>
      </w:tr>
      <w:tr w:rsidR="00E34CD1" w14:paraId="7C9AC7E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BE8B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ABA2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Lagers en aandrijfdelen zijn afgeschermd zodat vingers, kleding, koordjes en haren niet kunnen worden meegenomen.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31FB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46AE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5D4F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7F8A5" w14:textId="77777777" w:rsidR="00E34CD1" w:rsidRDefault="00E34CD1">
            <w:pPr>
              <w:spacing w:after="0" w:line="240" w:lineRule="auto"/>
            </w:pPr>
          </w:p>
        </w:tc>
      </w:tr>
      <w:tr w:rsidR="00E34CD1" w14:paraId="75FF8DE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2D8D4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531FA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beloopbare zijkanten zijn gesloten en veroorzaken geen beknelling.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B326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9EA3E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C2F4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EA010" w14:textId="77777777" w:rsidR="00E34CD1" w:rsidRDefault="00E34CD1">
            <w:pPr>
              <w:spacing w:after="0" w:line="240" w:lineRule="auto"/>
            </w:pPr>
          </w:p>
        </w:tc>
      </w:tr>
      <w:tr w:rsidR="00E34CD1" w14:paraId="1A15979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2EB8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3289B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bij voorkeur maximaal 600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9BED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B139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BB817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2063A" w14:textId="77777777" w:rsidR="00E34CD1" w:rsidRDefault="00E34CD1">
            <w:pPr>
              <w:spacing w:after="0" w:line="240" w:lineRule="auto"/>
            </w:pPr>
          </w:p>
        </w:tc>
      </w:tr>
      <w:tr w:rsidR="00E34CD1" w14:paraId="7D08A8B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646DDE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7AF79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ondergrond past bij de werkelijke valhoogte en biedt bij voorkeur minimaal schokdemping voor een valhoogte van 1.000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375E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FA4B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EF358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A6245" w14:textId="77777777" w:rsidR="00E34CD1" w:rsidRDefault="00E34CD1">
            <w:pPr>
              <w:spacing w:after="0" w:line="240" w:lineRule="auto"/>
            </w:pPr>
          </w:p>
        </w:tc>
      </w:tr>
      <w:tr w:rsidR="00E34CD1" w14:paraId="3A5A70F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E32ED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486E2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lagers lopen soepel en hebben geen overmatige speling of afwijkend geluid.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795AB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5ADD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B007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D1279" w14:textId="77777777" w:rsidR="00E34CD1" w:rsidRDefault="00E34CD1">
            <w:pPr>
              <w:spacing w:after="0" w:line="240" w:lineRule="auto"/>
            </w:pPr>
          </w:p>
        </w:tc>
      </w:tr>
      <w:tr w:rsidR="00E34CD1" w14:paraId="0FE7BC6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C98BC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C3872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loopvlak is stroef genoeg, onbeschadigd en vrij van losse delen of verontreiniging.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E203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6BDAA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6FAF2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60E19" w14:textId="77777777" w:rsidR="00E34CD1" w:rsidRDefault="00E34CD1">
            <w:pPr>
              <w:spacing w:after="0" w:line="240" w:lineRule="auto"/>
            </w:pPr>
          </w:p>
        </w:tc>
      </w:tr>
      <w:tr w:rsidR="00E34CD1" w14:paraId="2FF1F10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3CE21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7947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ton, draagconstructie en zijsteunen zijn voldoende stijf en vervormen niet tijdens gebruik.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86AB5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27FC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D40A5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5F918" w14:textId="77777777" w:rsidR="00E34CD1" w:rsidRDefault="00E34CD1">
            <w:pPr>
              <w:spacing w:after="0" w:line="240" w:lineRule="auto"/>
            </w:pPr>
          </w:p>
        </w:tc>
      </w:tr>
      <w:tr w:rsidR="00E34CD1" w14:paraId="0A89351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75A6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3ED3E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vertonen geen overmatige slijtage, scheuren of losse bevestigingen.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15CD5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33425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841DF9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EAB95" w14:textId="77777777" w:rsidR="00E34CD1" w:rsidRDefault="00E34CD1">
            <w:pPr>
              <w:spacing w:after="0" w:line="240" w:lineRule="auto"/>
            </w:pPr>
          </w:p>
        </w:tc>
      </w:tr>
      <w:tr w:rsidR="00E34CD1" w14:paraId="416B8B4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5A105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F2078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constructie is stabiel en de bevestiging aan fundering of ondergrond is deugdelijk.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D8BC3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78E76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0F773" w14:textId="77777777" w:rsidR="00E34CD1" w:rsidRDefault="00CE252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19B30" w14:textId="77777777" w:rsidR="00E34CD1" w:rsidRDefault="00E34CD1">
            <w:pPr>
              <w:spacing w:after="0" w:line="240" w:lineRule="auto"/>
            </w:pPr>
          </w:p>
        </w:tc>
      </w:tr>
    </w:tbl>
    <w:p w14:paraId="55CB12F6" w14:textId="77777777" w:rsidR="00E34CD1" w:rsidRDefault="00CE252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E34CD1" w14:paraId="183B0219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33DFB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DC57D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DE1730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C70EB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4B119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E34CD1" w14:paraId="6526232A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C2FDB" w14:textId="77777777" w:rsidR="00E34CD1" w:rsidRDefault="00E34CD1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4B5ED" w14:textId="77777777" w:rsidR="00E34CD1" w:rsidRDefault="00E34CD1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44F58" w14:textId="77777777" w:rsidR="00E34CD1" w:rsidRDefault="00E34CD1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49B64" w14:textId="77777777" w:rsidR="00E34CD1" w:rsidRDefault="00E34CD1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A1C8E" w14:textId="77777777" w:rsidR="00E34CD1" w:rsidRDefault="00E34CD1">
            <w:pPr>
              <w:spacing w:after="0" w:line="240" w:lineRule="auto"/>
            </w:pPr>
          </w:p>
        </w:tc>
      </w:tr>
      <w:tr w:rsidR="00E34CD1" w14:paraId="678D6351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FE937" w14:textId="77777777" w:rsidR="00E34CD1" w:rsidRDefault="00E34CD1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2861E" w14:textId="77777777" w:rsidR="00E34CD1" w:rsidRDefault="00E34CD1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0345F" w14:textId="77777777" w:rsidR="00E34CD1" w:rsidRDefault="00E34CD1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5FA81" w14:textId="77777777" w:rsidR="00E34CD1" w:rsidRDefault="00E34CD1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7E01B" w14:textId="77777777" w:rsidR="00E34CD1" w:rsidRDefault="00E34CD1">
            <w:pPr>
              <w:spacing w:after="0" w:line="240" w:lineRule="auto"/>
            </w:pPr>
          </w:p>
        </w:tc>
      </w:tr>
      <w:tr w:rsidR="00E34CD1" w14:paraId="34F33587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280FD7" w14:textId="77777777" w:rsidR="00E34CD1" w:rsidRDefault="00E34CD1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476C9" w14:textId="77777777" w:rsidR="00E34CD1" w:rsidRDefault="00E34CD1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DC207" w14:textId="77777777" w:rsidR="00E34CD1" w:rsidRDefault="00E34CD1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96B8B" w14:textId="77777777" w:rsidR="00E34CD1" w:rsidRDefault="00E34CD1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FAE00" w14:textId="77777777" w:rsidR="00E34CD1" w:rsidRDefault="00E34CD1">
            <w:pPr>
              <w:spacing w:after="0" w:line="240" w:lineRule="auto"/>
            </w:pPr>
          </w:p>
        </w:tc>
      </w:tr>
    </w:tbl>
    <w:p w14:paraId="71595BB9" w14:textId="77777777" w:rsidR="00E34CD1" w:rsidRDefault="00CE252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0C20C6B1" w14:textId="77777777" w:rsidR="00E34CD1" w:rsidRDefault="00CE2520">
      <w:pPr>
        <w:spacing w:after="100" w:line="240" w:lineRule="auto"/>
      </w:pPr>
      <w:r>
        <w:rPr>
          <w:rFonts w:eastAsia="Arial"/>
          <w:b/>
          <w:sz w:val="17"/>
        </w:rPr>
        <w:t>☐</w:t>
      </w:r>
      <w:r>
        <w:rPr>
          <w:rFonts w:eastAsia="Arial"/>
          <w:b/>
          <w:sz w:val="17"/>
        </w:rPr>
        <w:t xml:space="preserve">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E34CD1" w14:paraId="0A10975E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318CA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AE8D5" w14:textId="77777777" w:rsidR="00E34CD1" w:rsidRDefault="00E34CD1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2F8FC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E6D1EF" w14:textId="77777777" w:rsidR="00E34CD1" w:rsidRDefault="00E34CD1">
            <w:pPr>
              <w:spacing w:after="0" w:line="240" w:lineRule="auto"/>
            </w:pPr>
          </w:p>
        </w:tc>
      </w:tr>
      <w:tr w:rsidR="00E34CD1" w14:paraId="7C0C29D5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BA6F3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07BCA" w14:textId="77777777" w:rsidR="00E34CD1" w:rsidRDefault="00E34CD1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E9C11B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22903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  <w:tr w:rsidR="00E34CD1" w14:paraId="6A372655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DD719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1CA8D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44F6D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7D807" w14:textId="77777777" w:rsidR="00E34CD1" w:rsidRDefault="00CE252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</w:tbl>
    <w:p w14:paraId="60C68802" w14:textId="77777777" w:rsidR="00E34CD1" w:rsidRDefault="00CE252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27"/>
          <w:footerReference w:type="default" r:id="rId28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5533EABD" w14:textId="00EDA5DC" w:rsidR="005D5AFD" w:rsidRDefault="00694FCC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Schommels</w:t>
      </w:r>
      <w:proofErr w:type="spellEnd"/>
    </w:p>
    <w:p w14:paraId="43C12F66" w14:textId="77777777" w:rsidR="005D5AFD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5D5AFD" w14:paraId="04A38611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4349E" w14:textId="77777777" w:rsidR="005D5AFD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1A1F4953" w14:textId="77777777" w:rsidR="00694FCC" w:rsidRDefault="00000000" w:rsidP="00694FCC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5C4DC432" w14:textId="24F9B19B" w:rsidR="005D5AFD" w:rsidRDefault="00000000" w:rsidP="00694FCC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5D5AFD" w14:paraId="38B24A0F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C8EC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E2F41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7849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7571E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6232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FF977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5D5AFD" w14:paraId="0CBD08C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FF6A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5DF9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ED6C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1877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7133C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9BC63" w14:textId="77777777" w:rsidR="005D5AFD" w:rsidRDefault="005D5AFD">
            <w:pPr>
              <w:spacing w:after="0" w:line="240" w:lineRule="auto"/>
            </w:pPr>
          </w:p>
        </w:tc>
      </w:tr>
      <w:tr w:rsidR="005D5AFD" w14:paraId="55BD430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6292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4E6B3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349B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F4EB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B918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ADA16" w14:textId="77777777" w:rsidR="005D5AFD" w:rsidRDefault="005D5AFD">
            <w:pPr>
              <w:spacing w:after="0" w:line="240" w:lineRule="auto"/>
            </w:pPr>
          </w:p>
        </w:tc>
      </w:tr>
      <w:tr w:rsidR="005D5AFD" w14:paraId="550D545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03C0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AC682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E426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5D60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0093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E011C" w14:textId="77777777" w:rsidR="005D5AFD" w:rsidRDefault="005D5AFD">
            <w:pPr>
              <w:spacing w:after="0" w:line="240" w:lineRule="auto"/>
            </w:pPr>
          </w:p>
        </w:tc>
      </w:tr>
      <w:tr w:rsidR="005D5AFD" w14:paraId="0DAC203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90D7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60D69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D28C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1ED2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4A87E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F0DF1D" w14:textId="77777777" w:rsidR="005D5AFD" w:rsidRDefault="005D5AFD">
            <w:pPr>
              <w:spacing w:after="0" w:line="240" w:lineRule="auto"/>
            </w:pPr>
          </w:p>
        </w:tc>
      </w:tr>
      <w:tr w:rsidR="005D5AFD" w14:paraId="006C992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DDA0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1B01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CED4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8440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62B4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6A174" w14:textId="77777777" w:rsidR="005D5AFD" w:rsidRDefault="005D5AFD">
            <w:pPr>
              <w:spacing w:after="0" w:line="240" w:lineRule="auto"/>
            </w:pPr>
          </w:p>
        </w:tc>
      </w:tr>
      <w:tr w:rsidR="005D5AFD" w14:paraId="798B722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B9DD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24D6B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0D5C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6910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5BF6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CF623" w14:textId="77777777" w:rsidR="005D5AFD" w:rsidRDefault="005D5AFD">
            <w:pPr>
              <w:spacing w:after="0" w:line="240" w:lineRule="auto"/>
            </w:pPr>
          </w:p>
        </w:tc>
      </w:tr>
      <w:tr w:rsidR="005D5AFD" w14:paraId="6360F8D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65EE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310E5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BE05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AE19E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E4D1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FDA92" w14:textId="77777777" w:rsidR="005D5AFD" w:rsidRDefault="005D5AFD">
            <w:pPr>
              <w:spacing w:after="0" w:line="240" w:lineRule="auto"/>
            </w:pPr>
          </w:p>
        </w:tc>
      </w:tr>
      <w:tr w:rsidR="005D5AFD" w14:paraId="4D491EA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830B8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1D509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6C470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AD46F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44E5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E12EE" w14:textId="77777777" w:rsidR="005D5AFD" w:rsidRDefault="005D5AFD">
            <w:pPr>
              <w:spacing w:after="0" w:line="240" w:lineRule="auto"/>
            </w:pPr>
          </w:p>
        </w:tc>
      </w:tr>
      <w:tr w:rsidR="005D5AFD" w14:paraId="23315E0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9157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8CC80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9F74F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15D00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9B7E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09F70" w14:textId="77777777" w:rsidR="005D5AFD" w:rsidRDefault="005D5AFD">
            <w:pPr>
              <w:spacing w:after="0" w:line="240" w:lineRule="auto"/>
            </w:pPr>
          </w:p>
        </w:tc>
      </w:tr>
      <w:tr w:rsidR="005D5AFD" w14:paraId="0BB29E2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14AA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991C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B5AF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D620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5F45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B92FB" w14:textId="77777777" w:rsidR="005D5AFD" w:rsidRDefault="005D5AFD">
            <w:pPr>
              <w:spacing w:after="0" w:line="240" w:lineRule="auto"/>
            </w:pPr>
          </w:p>
        </w:tc>
      </w:tr>
      <w:tr w:rsidR="005D5AFD" w14:paraId="6D375F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AC28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6300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E4F98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0512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57A2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C7DEB" w14:textId="77777777" w:rsidR="005D5AFD" w:rsidRDefault="005D5AFD">
            <w:pPr>
              <w:spacing w:after="0" w:line="240" w:lineRule="auto"/>
            </w:pPr>
          </w:p>
        </w:tc>
      </w:tr>
      <w:tr w:rsidR="005D5AFD" w14:paraId="4A08F9C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A288F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2998B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927B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4672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583E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19FB7" w14:textId="77777777" w:rsidR="005D5AFD" w:rsidRDefault="005D5AFD">
            <w:pPr>
              <w:spacing w:after="0" w:line="240" w:lineRule="auto"/>
            </w:pPr>
          </w:p>
        </w:tc>
      </w:tr>
      <w:tr w:rsidR="005D5AFD" w14:paraId="4FE16C0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45B3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CC8E5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3A03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6C34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DB44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A3147" w14:textId="77777777" w:rsidR="005D5AFD" w:rsidRDefault="005D5AFD">
            <w:pPr>
              <w:spacing w:after="0" w:line="240" w:lineRule="auto"/>
            </w:pPr>
          </w:p>
        </w:tc>
      </w:tr>
    </w:tbl>
    <w:p w14:paraId="15FB00D9" w14:textId="77777777" w:rsidR="005D5AFD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Schommels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5D5AFD" w14:paraId="43DDBE24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C3B4E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BFB33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0A18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1954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7B6F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28E65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5D5AFD" w14:paraId="780D0BF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431E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A9DE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Kettingen, kabels of touwen vertonen geen breuk, rafeling, overmatige slijtage, corrosie of vervorming.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81828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398B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56FD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FF453" w14:textId="77777777" w:rsidR="005D5AFD" w:rsidRDefault="005D5AFD">
            <w:pPr>
              <w:spacing w:after="0" w:line="240" w:lineRule="auto"/>
            </w:pPr>
          </w:p>
        </w:tc>
      </w:tr>
      <w:tr w:rsidR="005D5AFD" w14:paraId="57B0B36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0C74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A4383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openingen tussen kettingschakels bedragen maximaal 8,6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CEC6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70AC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48360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0DDFB" w14:textId="77777777" w:rsidR="005D5AFD" w:rsidRDefault="005D5AFD">
            <w:pPr>
              <w:spacing w:after="0" w:line="240" w:lineRule="auto"/>
            </w:pPr>
          </w:p>
        </w:tc>
      </w:tr>
      <w:tr w:rsidR="005D5AFD" w14:paraId="4D684CD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E08D9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441F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Ophangpunten, lagers, harpsluitingen en verbindingsdelen zijn geborgd en vertonen geen overmatige slijtage of speling.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309A8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6279C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A3A4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A8EE3" w14:textId="77777777" w:rsidR="005D5AFD" w:rsidRDefault="005D5AFD">
            <w:pPr>
              <w:spacing w:after="0" w:line="240" w:lineRule="auto"/>
            </w:pPr>
          </w:p>
        </w:tc>
      </w:tr>
      <w:tr w:rsidR="005D5AFD" w14:paraId="0F20CF5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7CA2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377B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Zitjes zijn heel, vormvast, goed bevestigd en vrij van scherpe delen.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5564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B48E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92D8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43277" w14:textId="77777777" w:rsidR="005D5AFD" w:rsidRDefault="005D5AFD">
            <w:pPr>
              <w:spacing w:after="0" w:line="240" w:lineRule="auto"/>
            </w:pPr>
          </w:p>
        </w:tc>
      </w:tr>
      <w:tr w:rsidR="005D5AFD" w14:paraId="0E49914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EAA0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D8038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gewoon schommelzitje hangt in rust minimaal 350 mm boven de grond.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CCEA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1464C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292B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39720" w14:textId="77777777" w:rsidR="005D5AFD" w:rsidRDefault="005D5AFD">
            <w:pPr>
              <w:spacing w:after="0" w:line="240" w:lineRule="auto"/>
            </w:pPr>
          </w:p>
        </w:tc>
      </w:tr>
      <w:tr w:rsidR="005D5AFD" w14:paraId="2B34CF6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60A02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ACCAF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bandenzitje hangt in rust minimaal 400 mm boven de grond.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B4D3C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ED3C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F897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91343" w14:textId="77777777" w:rsidR="005D5AFD" w:rsidRDefault="005D5AFD">
            <w:pPr>
              <w:spacing w:after="0" w:line="240" w:lineRule="auto"/>
            </w:pPr>
          </w:p>
        </w:tc>
      </w:tr>
      <w:tr w:rsidR="005D5AFD" w14:paraId="1065DDE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46E2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233D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afstand tussen zitje en paal voldoet aan: 20% van de ophanglengte + 200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CAED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CCDE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4795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04863" w14:textId="77777777" w:rsidR="005D5AFD" w:rsidRDefault="005D5AFD">
            <w:pPr>
              <w:spacing w:after="0" w:line="240" w:lineRule="auto"/>
            </w:pPr>
          </w:p>
        </w:tc>
      </w:tr>
      <w:tr w:rsidR="005D5AFD" w14:paraId="44D92A1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DA10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794C2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afstand tussen twee zitjes voldoet aan: 20% van de ophanglengte + 300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2C30C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184C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F322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347E0" w14:textId="77777777" w:rsidR="005D5AFD" w:rsidRDefault="005D5AFD">
            <w:pPr>
              <w:spacing w:after="0" w:line="240" w:lineRule="auto"/>
            </w:pPr>
          </w:p>
        </w:tc>
      </w:tr>
      <w:tr w:rsidR="005D5AFD" w14:paraId="72112B5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0029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0B6C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Per vak van de schommelconstructie zijn maximaal twee zitjes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081D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168D3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F331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76A97" w14:textId="77777777" w:rsidR="005D5AFD" w:rsidRDefault="005D5AFD">
            <w:pPr>
              <w:spacing w:after="0" w:line="240" w:lineRule="auto"/>
            </w:pPr>
          </w:p>
        </w:tc>
      </w:tr>
      <w:tr w:rsidR="005D5AFD" w14:paraId="302255E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9D9C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41097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is bepaald als: afstand zitje tot de grond + de helft van de ophanglengte.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D494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0C2C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DC0C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9AD18" w14:textId="77777777" w:rsidR="005D5AFD" w:rsidRDefault="005D5AFD">
            <w:pPr>
              <w:spacing w:after="0" w:line="240" w:lineRule="auto"/>
            </w:pPr>
          </w:p>
        </w:tc>
      </w:tr>
      <w:tr w:rsidR="005D5AFD" w14:paraId="0704B88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462CC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08811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valdempende bodem is afgestemd op de berekende valhoogte en loopt voldoende ver door in beide zwaairichtingen.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0A960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EA05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AFD7B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B2E86" w14:textId="77777777" w:rsidR="005D5AFD" w:rsidRDefault="005D5AFD">
            <w:pPr>
              <w:spacing w:after="0" w:line="240" w:lineRule="auto"/>
            </w:pPr>
          </w:p>
        </w:tc>
      </w:tr>
      <w:tr w:rsidR="005D5AFD" w14:paraId="34F2F1A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7D17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B5B1C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zwaai- en valruimte zijn vrij van obstakels, hekwerken, looproutes en andere toestellen.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30056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0C1C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7B827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0928C" w14:textId="77777777" w:rsidR="005D5AFD" w:rsidRDefault="005D5AFD">
            <w:pPr>
              <w:spacing w:after="0" w:line="240" w:lineRule="auto"/>
            </w:pPr>
          </w:p>
        </w:tc>
      </w:tr>
      <w:tr w:rsidR="005D5AFD" w14:paraId="579394A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D89FA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334C1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Staanders, bovenbalk, verbindingen, funderingen en verankeringen zijn stabiel.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BB065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AFC31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9B40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D1ECE" w14:textId="77777777" w:rsidR="005D5AFD" w:rsidRDefault="005D5AFD">
            <w:pPr>
              <w:spacing w:after="0" w:line="240" w:lineRule="auto"/>
            </w:pPr>
          </w:p>
        </w:tc>
      </w:tr>
      <w:tr w:rsidR="005D5AFD" w14:paraId="584F10E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9F5D9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96E5C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is geen onaanvaardbaar botsgevaar tussen gebruikers of met constructiedelen.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B81D0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FB97D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BE1B4" w14:textId="77777777" w:rsidR="005D5AFD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E8272" w14:textId="77777777" w:rsidR="005D5AFD" w:rsidRDefault="005D5AFD">
            <w:pPr>
              <w:spacing w:after="0" w:line="240" w:lineRule="auto"/>
            </w:pPr>
          </w:p>
        </w:tc>
      </w:tr>
    </w:tbl>
    <w:p w14:paraId="6C483E50" w14:textId="77777777" w:rsidR="005D5A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5D5AFD" w14:paraId="44C316BB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B7F72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4FFF8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CB8D8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4BF196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FED66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5D5AFD" w14:paraId="2552A500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BD203" w14:textId="77777777" w:rsidR="005D5AFD" w:rsidRDefault="005D5A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47AE7" w14:textId="77777777" w:rsidR="005D5AFD" w:rsidRDefault="005D5A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BEA80" w14:textId="77777777" w:rsidR="005D5AFD" w:rsidRDefault="005D5A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010A2" w14:textId="77777777" w:rsidR="005D5AFD" w:rsidRDefault="005D5A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AF269" w14:textId="77777777" w:rsidR="005D5AFD" w:rsidRDefault="005D5AFD">
            <w:pPr>
              <w:spacing w:after="0" w:line="240" w:lineRule="auto"/>
            </w:pPr>
          </w:p>
        </w:tc>
      </w:tr>
      <w:tr w:rsidR="005D5AFD" w14:paraId="713B570F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0B867" w14:textId="77777777" w:rsidR="005D5AFD" w:rsidRDefault="005D5A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F4B97" w14:textId="77777777" w:rsidR="005D5AFD" w:rsidRDefault="005D5A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3C995" w14:textId="77777777" w:rsidR="005D5AFD" w:rsidRDefault="005D5A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917EB" w14:textId="77777777" w:rsidR="005D5AFD" w:rsidRDefault="005D5A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77474" w14:textId="77777777" w:rsidR="005D5AFD" w:rsidRDefault="005D5AFD">
            <w:pPr>
              <w:spacing w:after="0" w:line="240" w:lineRule="auto"/>
            </w:pPr>
          </w:p>
        </w:tc>
      </w:tr>
      <w:tr w:rsidR="005D5AFD" w14:paraId="29FDDCBF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7E140" w14:textId="77777777" w:rsidR="005D5AFD" w:rsidRDefault="005D5AFD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8FF08" w14:textId="77777777" w:rsidR="005D5AFD" w:rsidRDefault="005D5AFD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CCB3E" w14:textId="77777777" w:rsidR="005D5AFD" w:rsidRDefault="005D5AFD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DF498" w14:textId="77777777" w:rsidR="005D5AFD" w:rsidRDefault="005D5AFD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D5AB7" w14:textId="77777777" w:rsidR="005D5AFD" w:rsidRDefault="005D5AFD">
            <w:pPr>
              <w:spacing w:after="0" w:line="240" w:lineRule="auto"/>
            </w:pPr>
          </w:p>
        </w:tc>
      </w:tr>
    </w:tbl>
    <w:p w14:paraId="0B0A630E" w14:textId="77777777" w:rsidR="005D5AFD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2886D77F" w14:textId="77777777" w:rsidR="005D5AFD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5D5AFD" w14:paraId="0FDE466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5DA95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F6FDA" w14:textId="77777777" w:rsidR="005D5AFD" w:rsidRDefault="005D5AF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2E359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8AF6B" w14:textId="77777777" w:rsidR="005D5AFD" w:rsidRDefault="005D5AFD">
            <w:pPr>
              <w:spacing w:after="0" w:line="240" w:lineRule="auto"/>
            </w:pPr>
          </w:p>
        </w:tc>
      </w:tr>
      <w:tr w:rsidR="005D5AFD" w14:paraId="3065AC89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0CA64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155C4" w14:textId="77777777" w:rsidR="005D5AFD" w:rsidRDefault="005D5AFD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40835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BC872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5D5AFD" w14:paraId="671CF19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8C58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FC4DB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FF176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EDE8E" w14:textId="77777777" w:rsidR="005D5AFD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5C6DC975" w14:textId="77777777" w:rsidR="005D5AFD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29"/>
          <w:footerReference w:type="default" r:id="rId30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0321D3C6" w14:textId="7FD86F81" w:rsidR="00D65814" w:rsidRDefault="00AD3390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Trampolines</w:t>
      </w:r>
    </w:p>
    <w:p w14:paraId="43C6049B" w14:textId="77777777" w:rsidR="00D65814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65814" w14:paraId="38088628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9890" w14:textId="77777777" w:rsidR="00D65814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270848C3" w14:textId="77777777" w:rsidR="00570EB9" w:rsidRDefault="00000000" w:rsidP="00570EB9">
      <w:pPr>
        <w:pStyle w:val="Kop1"/>
        <w:spacing w:before="160" w:line="240" w:lineRule="auto"/>
        <w:rPr>
          <w:rFonts w:ascii="Arial" w:eastAsia="Arial" w:hAnsi="Arial" w:cstheme="minorBidi"/>
          <w:bCs w:val="0"/>
          <w:color w:val="000000"/>
          <w:sz w:val="17"/>
          <w:szCs w:val="22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12A86DE7" w14:textId="068B3F4E" w:rsidR="00D65814" w:rsidRDefault="00000000" w:rsidP="00570EB9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65814" w14:paraId="5725D9EB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CF8D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33BD67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5FC1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42EB5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0AC5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19174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65814" w14:paraId="7425D95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5F0D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5A4EC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E4E7B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B677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C712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ED9C9" w14:textId="77777777" w:rsidR="00D65814" w:rsidRDefault="00D65814">
            <w:pPr>
              <w:spacing w:after="0" w:line="240" w:lineRule="auto"/>
            </w:pPr>
          </w:p>
        </w:tc>
      </w:tr>
      <w:tr w:rsidR="00D65814" w14:paraId="60F667F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F0ECE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7E3F5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0EFDE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EE486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1D075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66E1F0" w14:textId="77777777" w:rsidR="00D65814" w:rsidRDefault="00D65814">
            <w:pPr>
              <w:spacing w:after="0" w:line="240" w:lineRule="auto"/>
            </w:pPr>
          </w:p>
        </w:tc>
      </w:tr>
      <w:tr w:rsidR="00D65814" w14:paraId="1362D80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F35E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41AEA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952B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7B3F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FD10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24878" w14:textId="77777777" w:rsidR="00D65814" w:rsidRDefault="00D65814">
            <w:pPr>
              <w:spacing w:after="0" w:line="240" w:lineRule="auto"/>
            </w:pPr>
          </w:p>
        </w:tc>
      </w:tr>
      <w:tr w:rsidR="00D65814" w14:paraId="2F82781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6FD8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391495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7919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9124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E8E5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6D4E7" w14:textId="77777777" w:rsidR="00D65814" w:rsidRDefault="00D65814">
            <w:pPr>
              <w:spacing w:after="0" w:line="240" w:lineRule="auto"/>
            </w:pPr>
          </w:p>
        </w:tc>
      </w:tr>
      <w:tr w:rsidR="00D65814" w14:paraId="1C21694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5B97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9AD8C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3DC75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D2D1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71110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66084" w14:textId="77777777" w:rsidR="00D65814" w:rsidRDefault="00D65814">
            <w:pPr>
              <w:spacing w:after="0" w:line="240" w:lineRule="auto"/>
            </w:pPr>
          </w:p>
        </w:tc>
      </w:tr>
      <w:tr w:rsidR="00D65814" w14:paraId="0737963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124B5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A1204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1EA4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4D8C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CBB8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33291" w14:textId="77777777" w:rsidR="00D65814" w:rsidRDefault="00D65814">
            <w:pPr>
              <w:spacing w:after="0" w:line="240" w:lineRule="auto"/>
            </w:pPr>
          </w:p>
        </w:tc>
      </w:tr>
      <w:tr w:rsidR="00D65814" w14:paraId="52FFD8D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A253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20D57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86872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C37D0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6136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46051" w14:textId="77777777" w:rsidR="00D65814" w:rsidRDefault="00D65814">
            <w:pPr>
              <w:spacing w:after="0" w:line="240" w:lineRule="auto"/>
            </w:pPr>
          </w:p>
        </w:tc>
      </w:tr>
      <w:tr w:rsidR="00D65814" w14:paraId="579B556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EB30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613B7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F31F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CAC7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0517B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29AD8" w14:textId="77777777" w:rsidR="00D65814" w:rsidRDefault="00D65814">
            <w:pPr>
              <w:spacing w:after="0" w:line="240" w:lineRule="auto"/>
            </w:pPr>
          </w:p>
        </w:tc>
      </w:tr>
      <w:tr w:rsidR="00D65814" w14:paraId="55BABDD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7C00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DEF08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7EBB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B5F7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94B3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75CAB" w14:textId="77777777" w:rsidR="00D65814" w:rsidRDefault="00D65814">
            <w:pPr>
              <w:spacing w:after="0" w:line="240" w:lineRule="auto"/>
            </w:pPr>
          </w:p>
        </w:tc>
      </w:tr>
      <w:tr w:rsidR="00D65814" w14:paraId="127992B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3053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C6D85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24CED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DF01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1AEC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BCAA3" w14:textId="77777777" w:rsidR="00D65814" w:rsidRDefault="00D65814">
            <w:pPr>
              <w:spacing w:after="0" w:line="240" w:lineRule="auto"/>
            </w:pPr>
          </w:p>
        </w:tc>
      </w:tr>
      <w:tr w:rsidR="00D65814" w14:paraId="4DD7128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EB64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45B73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51C7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1412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DDCD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E3C97" w14:textId="77777777" w:rsidR="00D65814" w:rsidRDefault="00D65814">
            <w:pPr>
              <w:spacing w:after="0" w:line="240" w:lineRule="auto"/>
            </w:pPr>
          </w:p>
        </w:tc>
      </w:tr>
      <w:tr w:rsidR="00D65814" w14:paraId="73CBC59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F465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A94BB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89FF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D1B3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938E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92421" w14:textId="77777777" w:rsidR="00D65814" w:rsidRDefault="00D65814">
            <w:pPr>
              <w:spacing w:after="0" w:line="240" w:lineRule="auto"/>
            </w:pPr>
          </w:p>
        </w:tc>
      </w:tr>
      <w:tr w:rsidR="00D65814" w14:paraId="08EE621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886F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E0899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6C93D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0C37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8CCE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9BE18" w14:textId="77777777" w:rsidR="00D65814" w:rsidRDefault="00D65814">
            <w:pPr>
              <w:spacing w:after="0" w:line="240" w:lineRule="auto"/>
            </w:pPr>
          </w:p>
        </w:tc>
      </w:tr>
    </w:tbl>
    <w:p w14:paraId="3C357E6B" w14:textId="77777777" w:rsidR="00D65814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Trampolines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65814" w14:paraId="6F96F302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FB0F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45191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9E1BE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62D76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ACFE0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58D34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65814" w14:paraId="25A0E8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57BE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E2CA6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springdoek is heel, gelijkmatig gespannen en vrij van gaten, rafeling, losse stiksels of sterke slijtage.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3A1D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47E2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8C88D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2CB5F" w14:textId="77777777" w:rsidR="00D65814" w:rsidRDefault="00D65814">
            <w:pPr>
              <w:spacing w:after="0" w:line="240" w:lineRule="auto"/>
            </w:pPr>
          </w:p>
        </w:tc>
      </w:tr>
      <w:tr w:rsidR="00D65814" w14:paraId="7B036DA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6CD7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5E1E4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Veren of elastieken zijn compleet, onbeschadigd, gelijkmatig gespannen en deugdelijk bevestigd.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7CB7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61DDB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40AD0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FA681" w14:textId="77777777" w:rsidR="00D65814" w:rsidRDefault="00D65814">
            <w:pPr>
              <w:spacing w:after="0" w:line="240" w:lineRule="auto"/>
            </w:pPr>
          </w:p>
        </w:tc>
      </w:tr>
      <w:tr w:rsidR="00D65814" w14:paraId="0BCC719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2110E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53640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randkussen dekt veren, elastieken en frame volledig af.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F323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6DA5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45FA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66E26" w14:textId="77777777" w:rsidR="00D65814" w:rsidRDefault="00D65814">
            <w:pPr>
              <w:spacing w:after="0" w:line="240" w:lineRule="auto"/>
            </w:pPr>
          </w:p>
        </w:tc>
      </w:tr>
      <w:tr w:rsidR="00D65814" w14:paraId="6E1E2D7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F444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BA3D2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randkussen is heel, voldoende dik, stevig bevestigd en kan tijdens gebruik niet verschuiven.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8A06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F8070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F38C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2204D" w14:textId="77777777" w:rsidR="00D65814" w:rsidRDefault="00D65814">
            <w:pPr>
              <w:spacing w:after="0" w:line="240" w:lineRule="auto"/>
            </w:pPr>
          </w:p>
        </w:tc>
      </w:tr>
      <w:tr w:rsidR="00D65814" w14:paraId="1560ABA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34C6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6F657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Frame, poten, inbouwrand en verankeringen zijn stabiel en vrij van breuk, roest of vervorming.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5492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496C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8B43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5B795" w14:textId="77777777" w:rsidR="00D65814" w:rsidRDefault="00D65814">
            <w:pPr>
              <w:spacing w:after="0" w:line="240" w:lineRule="auto"/>
            </w:pPr>
          </w:p>
        </w:tc>
      </w:tr>
      <w:tr w:rsidR="00D65814" w14:paraId="3136E2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A67F1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733A8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is bepaald uit de hoogte van de trampoline plus de maximale springhoogte.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58FB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8527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FEB3B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500E07" w14:textId="77777777" w:rsidR="00D65814" w:rsidRDefault="00D65814">
            <w:pPr>
              <w:spacing w:after="0" w:line="240" w:lineRule="auto"/>
            </w:pPr>
          </w:p>
        </w:tc>
      </w:tr>
      <w:tr w:rsidR="00D65814" w14:paraId="2B355EC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E991F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4EDE3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Rondom de trampoline is minimaal 2.500 mm obstakelvrije ruimte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6FD14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7930D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5128B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31FBC" w14:textId="77777777" w:rsidR="00D65814" w:rsidRDefault="00D65814">
            <w:pPr>
              <w:spacing w:after="0" w:line="240" w:lineRule="auto"/>
            </w:pPr>
          </w:p>
        </w:tc>
      </w:tr>
      <w:tr w:rsidR="00D65814" w14:paraId="4013310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2500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45AC1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Boven de trampoline bevinden zich geen takken, touwen, plafonddelen of andere obstakels.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A8BE1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53AE9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1E65E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F894E" w14:textId="77777777" w:rsidR="00D65814" w:rsidRDefault="00D65814">
            <w:pPr>
              <w:spacing w:after="0" w:line="240" w:lineRule="auto"/>
            </w:pPr>
          </w:p>
        </w:tc>
      </w:tr>
      <w:tr w:rsidR="00D65814" w14:paraId="7DD70F7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DB70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2A829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springdoek kan tijdens gebruik niet in contact komen met de grond, kuilwand of het frame.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9FDF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0DB1B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23D46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5958C" w14:textId="77777777" w:rsidR="00D65814" w:rsidRDefault="00D65814">
            <w:pPr>
              <w:spacing w:after="0" w:line="240" w:lineRule="auto"/>
            </w:pPr>
          </w:p>
        </w:tc>
      </w:tr>
      <w:tr w:rsidR="00D65814" w14:paraId="63F4EFB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97936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BE7CE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Kinderen kunnen niet onder een opgestelde trampoline komen; bij een ingegraven trampoline is de onderruimte veilig uitgevoerd.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8A5DA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F51C6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0C78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3ABDC" w14:textId="77777777" w:rsidR="00D65814" w:rsidRDefault="00D65814">
            <w:pPr>
              <w:spacing w:after="0" w:line="240" w:lineRule="auto"/>
            </w:pPr>
          </w:p>
        </w:tc>
      </w:tr>
      <w:tr w:rsidR="00D65814" w14:paraId="24F8A58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CFC5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8C283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passen bij de bepaalde valhoogte en gebruiksbeweging.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AE49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F8BBC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064D7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97921" w14:textId="77777777" w:rsidR="00D65814" w:rsidRDefault="00D65814">
            <w:pPr>
              <w:spacing w:after="0" w:line="240" w:lineRule="auto"/>
            </w:pPr>
          </w:p>
        </w:tc>
      </w:tr>
      <w:tr w:rsidR="00D65814" w14:paraId="5030622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F405C2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DE720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Verbindingen, afdekkingen en beschermende onderdelen zijn compleet en kunnen niet zonder gereedschap worden verwijderd.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89603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FAD55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97138" w14:textId="77777777" w:rsidR="00D6581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934EF" w14:textId="77777777" w:rsidR="00D65814" w:rsidRDefault="00D65814">
            <w:pPr>
              <w:spacing w:after="0" w:line="240" w:lineRule="auto"/>
            </w:pPr>
          </w:p>
        </w:tc>
      </w:tr>
    </w:tbl>
    <w:p w14:paraId="6B326E3F" w14:textId="77777777" w:rsidR="00D65814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D65814" w14:paraId="5533F265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C5F4D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0BC8D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E542C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00BDA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F38B4D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D65814" w14:paraId="73C5FB7B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6FC69" w14:textId="77777777" w:rsidR="00D65814" w:rsidRDefault="00D6581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E1B50" w14:textId="77777777" w:rsidR="00D65814" w:rsidRDefault="00D6581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ABDBA" w14:textId="77777777" w:rsidR="00D65814" w:rsidRDefault="00D6581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D778A" w14:textId="77777777" w:rsidR="00D65814" w:rsidRDefault="00D6581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FC359" w14:textId="77777777" w:rsidR="00D65814" w:rsidRDefault="00D65814">
            <w:pPr>
              <w:spacing w:after="0" w:line="240" w:lineRule="auto"/>
            </w:pPr>
          </w:p>
        </w:tc>
      </w:tr>
      <w:tr w:rsidR="00D65814" w14:paraId="29346373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D88D6" w14:textId="77777777" w:rsidR="00D65814" w:rsidRDefault="00D6581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72379" w14:textId="77777777" w:rsidR="00D65814" w:rsidRDefault="00D6581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8DFD4" w14:textId="77777777" w:rsidR="00D65814" w:rsidRDefault="00D6581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FA00E" w14:textId="77777777" w:rsidR="00D65814" w:rsidRDefault="00D6581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C2355" w14:textId="77777777" w:rsidR="00D65814" w:rsidRDefault="00D65814">
            <w:pPr>
              <w:spacing w:after="0" w:line="240" w:lineRule="auto"/>
            </w:pPr>
          </w:p>
        </w:tc>
      </w:tr>
      <w:tr w:rsidR="00D65814" w14:paraId="1F30ABE1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7F803" w14:textId="77777777" w:rsidR="00D65814" w:rsidRDefault="00D6581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25EA2" w14:textId="77777777" w:rsidR="00D65814" w:rsidRDefault="00D6581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55AFE" w14:textId="77777777" w:rsidR="00D65814" w:rsidRDefault="00D6581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0C2ED" w14:textId="77777777" w:rsidR="00D65814" w:rsidRDefault="00D6581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2D34A" w14:textId="77777777" w:rsidR="00D65814" w:rsidRDefault="00D65814">
            <w:pPr>
              <w:spacing w:after="0" w:line="240" w:lineRule="auto"/>
            </w:pPr>
          </w:p>
        </w:tc>
      </w:tr>
    </w:tbl>
    <w:p w14:paraId="293EA318" w14:textId="77777777" w:rsidR="00D65814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630386B7" w14:textId="77777777" w:rsidR="00D65814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D65814" w14:paraId="44B76AE5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400C3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DE9FE" w14:textId="77777777" w:rsidR="00D65814" w:rsidRDefault="00D65814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6951C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312DC" w14:textId="77777777" w:rsidR="00D65814" w:rsidRDefault="00D65814">
            <w:pPr>
              <w:spacing w:after="0" w:line="240" w:lineRule="auto"/>
            </w:pPr>
          </w:p>
        </w:tc>
      </w:tr>
      <w:tr w:rsidR="00D65814" w14:paraId="24B9E7A3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CBF63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71DE4" w14:textId="77777777" w:rsidR="00D65814" w:rsidRDefault="00D65814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2A75E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B9E6F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D65814" w14:paraId="673E420E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80D7E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A53DE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0553A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242ED" w14:textId="77777777" w:rsidR="00D6581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5A79099F" w14:textId="77777777" w:rsidR="00D65814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31"/>
          <w:footerReference w:type="default" r:id="rId32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4793BA77" w14:textId="7B1C54D9" w:rsidR="007F71B8" w:rsidRDefault="00322260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3C1883">
        <w:rPr>
          <w:rFonts w:ascii="Arial" w:eastAsia="Arial" w:hAnsi="Arial"/>
          <w:color w:val="000000"/>
        </w:rPr>
        <w:t xml:space="preserve"> </w:t>
      </w:r>
      <w:proofErr w:type="spellStart"/>
      <w:r w:rsidR="003C1883">
        <w:rPr>
          <w:rFonts w:ascii="Arial" w:eastAsia="Arial" w:hAnsi="Arial"/>
          <w:color w:val="000000"/>
        </w:rPr>
        <w:t>Watertoestellen</w:t>
      </w:r>
      <w:proofErr w:type="spellEnd"/>
    </w:p>
    <w:p w14:paraId="0965383B" w14:textId="77777777" w:rsidR="007F71B8" w:rsidRDefault="003C1883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7F71B8" w14:paraId="09581EE9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AF07A" w14:textId="77777777" w:rsidR="007F71B8" w:rsidRDefault="003C1883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7981EA0E" w14:textId="77777777" w:rsidR="00322260" w:rsidRDefault="003C1883" w:rsidP="00322260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54818BA5" w14:textId="06EE2805" w:rsidR="007F71B8" w:rsidRDefault="003C1883" w:rsidP="0032226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7F71B8" w14:paraId="2A7A2FDA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71B8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</w:t>
            </w:r>
            <w:r>
              <w:rPr>
                <w:rFonts w:eastAsia="Arial"/>
                <w:b/>
                <w:sz w:val="15"/>
              </w:rPr>
              <w:t>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8A533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F6591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5813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B8A2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FCC3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7F71B8" w14:paraId="1027E71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A77D1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35A8D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5B3F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5849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C4C6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B0691" w14:textId="77777777" w:rsidR="007F71B8" w:rsidRDefault="007F71B8">
            <w:pPr>
              <w:spacing w:after="0" w:line="240" w:lineRule="auto"/>
            </w:pPr>
          </w:p>
        </w:tc>
      </w:tr>
      <w:tr w:rsidR="007F71B8" w14:paraId="718DF90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8D483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D9528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00B22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7C48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B838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2A983" w14:textId="77777777" w:rsidR="007F71B8" w:rsidRDefault="007F71B8">
            <w:pPr>
              <w:spacing w:after="0" w:line="240" w:lineRule="auto"/>
            </w:pPr>
          </w:p>
        </w:tc>
      </w:tr>
      <w:tr w:rsidR="007F71B8" w14:paraId="3E09D18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6834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78554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29A1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E557F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2CD9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6F034" w14:textId="77777777" w:rsidR="007F71B8" w:rsidRDefault="007F71B8">
            <w:pPr>
              <w:spacing w:after="0" w:line="240" w:lineRule="auto"/>
            </w:pPr>
          </w:p>
        </w:tc>
      </w:tr>
      <w:tr w:rsidR="007F71B8" w14:paraId="2E424A0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7412B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BD96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0028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CE0B8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BFD2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B77DE" w14:textId="77777777" w:rsidR="007F71B8" w:rsidRDefault="007F71B8">
            <w:pPr>
              <w:spacing w:after="0" w:line="240" w:lineRule="auto"/>
            </w:pPr>
          </w:p>
        </w:tc>
      </w:tr>
      <w:tr w:rsidR="007F71B8" w14:paraId="7BE1F17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FBCB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7E38B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1194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35AB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CC30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1B5A3" w14:textId="77777777" w:rsidR="007F71B8" w:rsidRDefault="007F71B8">
            <w:pPr>
              <w:spacing w:after="0" w:line="240" w:lineRule="auto"/>
            </w:pPr>
          </w:p>
        </w:tc>
      </w:tr>
      <w:tr w:rsidR="007F71B8" w14:paraId="0FEF19A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A99B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6B4DB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4E6B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3B3F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B575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F21A7E" w14:textId="77777777" w:rsidR="007F71B8" w:rsidRDefault="007F71B8">
            <w:pPr>
              <w:spacing w:after="0" w:line="240" w:lineRule="auto"/>
            </w:pPr>
          </w:p>
        </w:tc>
      </w:tr>
      <w:tr w:rsidR="007F71B8" w14:paraId="6CD8B0B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9141B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53F39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771B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2EEB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BCF63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F637D" w14:textId="77777777" w:rsidR="007F71B8" w:rsidRDefault="007F71B8">
            <w:pPr>
              <w:spacing w:after="0" w:line="240" w:lineRule="auto"/>
            </w:pPr>
          </w:p>
        </w:tc>
      </w:tr>
      <w:tr w:rsidR="007F71B8" w14:paraId="11A61F6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125F1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95BF3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96B7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CAD8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A63E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73417" w14:textId="77777777" w:rsidR="007F71B8" w:rsidRDefault="007F71B8">
            <w:pPr>
              <w:spacing w:after="0" w:line="240" w:lineRule="auto"/>
            </w:pPr>
          </w:p>
        </w:tc>
      </w:tr>
      <w:tr w:rsidR="007F71B8" w14:paraId="02BA40B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FDCC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6A69F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30F2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952D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CC04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83A88" w14:textId="77777777" w:rsidR="007F71B8" w:rsidRDefault="007F71B8">
            <w:pPr>
              <w:spacing w:after="0" w:line="240" w:lineRule="auto"/>
            </w:pPr>
          </w:p>
        </w:tc>
      </w:tr>
      <w:tr w:rsidR="007F71B8" w14:paraId="43376CB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2312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4A299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EBAF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7B1CF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D1363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D97DA" w14:textId="77777777" w:rsidR="007F71B8" w:rsidRDefault="007F71B8">
            <w:pPr>
              <w:spacing w:after="0" w:line="240" w:lineRule="auto"/>
            </w:pPr>
          </w:p>
        </w:tc>
      </w:tr>
      <w:tr w:rsidR="007F71B8" w14:paraId="76F6FD2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1D51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8807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5160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B826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6A487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2933B" w14:textId="77777777" w:rsidR="007F71B8" w:rsidRDefault="007F71B8">
            <w:pPr>
              <w:spacing w:after="0" w:line="240" w:lineRule="auto"/>
            </w:pPr>
          </w:p>
        </w:tc>
      </w:tr>
      <w:tr w:rsidR="007F71B8" w14:paraId="1829165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5A75E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A8D6A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FFBA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59E2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0A391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FFDF5E" w14:textId="77777777" w:rsidR="007F71B8" w:rsidRDefault="007F71B8">
            <w:pPr>
              <w:spacing w:after="0" w:line="240" w:lineRule="auto"/>
            </w:pPr>
          </w:p>
        </w:tc>
      </w:tr>
      <w:tr w:rsidR="007F71B8" w14:paraId="674FDA3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B688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65AEA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A825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6704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E7AF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3FEC10" w14:textId="77777777" w:rsidR="007F71B8" w:rsidRDefault="007F71B8">
            <w:pPr>
              <w:spacing w:after="0" w:line="240" w:lineRule="auto"/>
            </w:pPr>
          </w:p>
        </w:tc>
      </w:tr>
    </w:tbl>
    <w:p w14:paraId="7D740104" w14:textId="77777777" w:rsidR="007F71B8" w:rsidRDefault="003C1883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Watertoestellen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7F71B8" w14:paraId="7049D986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7F2C2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8E380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C9C57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66C3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2D6DF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9EEC5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7F71B8" w14:paraId="1D9E309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2AE157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3A39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en beschermlagen zijn geschikt voor langdurig contact met water en de aanwezige waterbehandeling.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7C1A8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D0FC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3965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B7F44" w14:textId="77777777" w:rsidR="007F71B8" w:rsidRDefault="007F71B8">
            <w:pPr>
              <w:spacing w:after="0" w:line="240" w:lineRule="auto"/>
            </w:pPr>
          </w:p>
        </w:tc>
      </w:tr>
      <w:tr w:rsidR="007F71B8" w14:paraId="25FA8C1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BD9D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1E38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Metalen delen vertonen geen scherpe corrosie, putvorming of loslatende beschermlagen.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28FA2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CE850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8E9D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03128" w14:textId="77777777" w:rsidR="007F71B8" w:rsidRDefault="007F71B8">
            <w:pPr>
              <w:spacing w:after="0" w:line="240" w:lineRule="auto"/>
            </w:pPr>
          </w:p>
        </w:tc>
      </w:tr>
      <w:tr w:rsidR="007F71B8" w14:paraId="67656C1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E4AC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7224F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Houten en kunststof delen vertonen geen rot, delaminatie, brosheid, scheuren of scherpe beschadigingen.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C1A1F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306E9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CBE7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B46A79" w14:textId="77777777" w:rsidR="007F71B8" w:rsidRDefault="007F71B8">
            <w:pPr>
              <w:spacing w:after="0" w:line="240" w:lineRule="auto"/>
            </w:pPr>
          </w:p>
        </w:tc>
      </w:tr>
      <w:tr w:rsidR="007F71B8" w14:paraId="06A2204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16B4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E4FDA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waterdiepte is bekend, passend bij het gebruik en ter plaatse voldoende duidelijk beheerst.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A20BB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068B2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58CF2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CECB8" w14:textId="77777777" w:rsidR="007F71B8" w:rsidRDefault="007F71B8">
            <w:pPr>
              <w:spacing w:after="0" w:line="240" w:lineRule="auto"/>
            </w:pPr>
          </w:p>
        </w:tc>
      </w:tr>
      <w:tr w:rsidR="007F71B8" w14:paraId="65B6474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DA1B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25D86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water is voldoende helder om gebruikers, bodem en eventuele obstakels te kunnen zien.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FAA84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7B53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0DD93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0FFE8" w14:textId="77777777" w:rsidR="007F71B8" w:rsidRDefault="007F71B8">
            <w:pPr>
              <w:spacing w:after="0" w:line="240" w:lineRule="auto"/>
            </w:pPr>
          </w:p>
        </w:tc>
      </w:tr>
      <w:tr w:rsidR="007F71B8" w14:paraId="10E8514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8D4C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84876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bodem onder en rondom het toestel is vlak, vrij van obstakels en passend bij val- en uitglijrisico's.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0B31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3DD4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D287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71D9F" w14:textId="77777777" w:rsidR="007F71B8" w:rsidRDefault="007F71B8">
            <w:pPr>
              <w:spacing w:after="0" w:line="240" w:lineRule="auto"/>
            </w:pPr>
          </w:p>
        </w:tc>
      </w:tr>
      <w:tr w:rsidR="007F71B8" w14:paraId="3EA2A6B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2D59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485EDE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overgang tussen water en land is veilig, herkenbaar en niet onnodig glad of abrupt.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C24C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C57C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0A44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AB446" w14:textId="77777777" w:rsidR="007F71B8" w:rsidRDefault="007F71B8">
            <w:pPr>
              <w:spacing w:after="0" w:line="240" w:lineRule="auto"/>
            </w:pPr>
          </w:p>
        </w:tc>
      </w:tr>
      <w:tr w:rsidR="007F71B8" w14:paraId="7F320C3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37B2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93102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Loop-, klim- en stapvlakken zijn niet overmatig glad en zijn vrij van algen of andere afzetting.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9F46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17D6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59FB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CA5D1" w14:textId="77777777" w:rsidR="007F71B8" w:rsidRDefault="007F71B8">
            <w:pPr>
              <w:spacing w:after="0" w:line="240" w:lineRule="auto"/>
            </w:pPr>
          </w:p>
        </w:tc>
      </w:tr>
      <w:tr w:rsidR="007F71B8" w14:paraId="01CB006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B1975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C6D01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scherpe randen, gevaarlijke uitstekende delen of beknellingsplaatsen onder of nabij het wateroppervlak.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4E8E7E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D240F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D145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20C9F" w14:textId="77777777" w:rsidR="007F71B8" w:rsidRDefault="007F71B8">
            <w:pPr>
              <w:spacing w:after="0" w:line="240" w:lineRule="auto"/>
            </w:pPr>
          </w:p>
        </w:tc>
      </w:tr>
      <w:tr w:rsidR="007F71B8" w14:paraId="00E8ADC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A9A8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66E83D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waterkwaliteit wordt volgens het beheerplan gecontroleerd en afwijkingen zijn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849A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F1957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BC784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1F389" w14:textId="77777777" w:rsidR="007F71B8" w:rsidRDefault="007F71B8">
            <w:pPr>
              <w:spacing w:after="0" w:line="240" w:lineRule="auto"/>
            </w:pPr>
          </w:p>
        </w:tc>
      </w:tr>
      <w:tr w:rsidR="007F71B8" w14:paraId="3B0950B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F916B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AA5D0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Passend en continu toezicht is georganiseerd, in het bijzonder voor kinderen zonder zwemdiploma.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8102D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1729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65923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6495D" w14:textId="77777777" w:rsidR="007F71B8" w:rsidRDefault="007F71B8">
            <w:pPr>
              <w:spacing w:after="0" w:line="240" w:lineRule="auto"/>
            </w:pPr>
          </w:p>
        </w:tc>
      </w:tr>
      <w:tr w:rsidR="007F71B8" w14:paraId="3D51A19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A9E2C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2FD6F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en de speelzone zijn goed bereikbaar voor toezicht, redding en hulpverlening.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18A7A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A4D86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CFA67" w14:textId="77777777" w:rsidR="007F71B8" w:rsidRDefault="003C1883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F0A79" w14:textId="77777777" w:rsidR="007F71B8" w:rsidRDefault="007F71B8">
            <w:pPr>
              <w:spacing w:after="0" w:line="240" w:lineRule="auto"/>
            </w:pPr>
          </w:p>
        </w:tc>
      </w:tr>
    </w:tbl>
    <w:p w14:paraId="7FB2062F" w14:textId="77777777" w:rsidR="007F71B8" w:rsidRDefault="003C1883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7F71B8" w14:paraId="1ABFD66D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A42678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4AAEE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E1E24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70EF7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5E2EF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7F71B8" w14:paraId="2EDF4174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1C0C7" w14:textId="77777777" w:rsidR="007F71B8" w:rsidRDefault="007F71B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D8071" w14:textId="77777777" w:rsidR="007F71B8" w:rsidRDefault="007F71B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522FA" w14:textId="77777777" w:rsidR="007F71B8" w:rsidRDefault="007F71B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BA5F1" w14:textId="77777777" w:rsidR="007F71B8" w:rsidRDefault="007F71B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9CF37" w14:textId="77777777" w:rsidR="007F71B8" w:rsidRDefault="007F71B8">
            <w:pPr>
              <w:spacing w:after="0" w:line="240" w:lineRule="auto"/>
            </w:pPr>
          </w:p>
        </w:tc>
      </w:tr>
      <w:tr w:rsidR="007F71B8" w14:paraId="4A642385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EDC20" w14:textId="77777777" w:rsidR="007F71B8" w:rsidRDefault="007F71B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FA16D" w14:textId="77777777" w:rsidR="007F71B8" w:rsidRDefault="007F71B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0985C" w14:textId="77777777" w:rsidR="007F71B8" w:rsidRDefault="007F71B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1B904" w14:textId="77777777" w:rsidR="007F71B8" w:rsidRDefault="007F71B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3C61E" w14:textId="77777777" w:rsidR="007F71B8" w:rsidRDefault="007F71B8">
            <w:pPr>
              <w:spacing w:after="0" w:line="240" w:lineRule="auto"/>
            </w:pPr>
          </w:p>
        </w:tc>
      </w:tr>
      <w:tr w:rsidR="007F71B8" w14:paraId="507C0863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38F1D" w14:textId="77777777" w:rsidR="007F71B8" w:rsidRDefault="007F71B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637A8" w14:textId="77777777" w:rsidR="007F71B8" w:rsidRDefault="007F71B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20611" w14:textId="77777777" w:rsidR="007F71B8" w:rsidRDefault="007F71B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F9270" w14:textId="77777777" w:rsidR="007F71B8" w:rsidRDefault="007F71B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1D1D7" w14:textId="77777777" w:rsidR="007F71B8" w:rsidRDefault="007F71B8">
            <w:pPr>
              <w:spacing w:after="0" w:line="240" w:lineRule="auto"/>
            </w:pPr>
          </w:p>
        </w:tc>
      </w:tr>
    </w:tbl>
    <w:p w14:paraId="415A8B5E" w14:textId="77777777" w:rsidR="007F71B8" w:rsidRDefault="003C1883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49A160FA" w14:textId="77777777" w:rsidR="007F71B8" w:rsidRDefault="003C1883">
      <w:pPr>
        <w:spacing w:after="100" w:line="240" w:lineRule="auto"/>
      </w:pPr>
      <w:r>
        <w:rPr>
          <w:rFonts w:eastAsia="Arial"/>
          <w:b/>
          <w:sz w:val="17"/>
        </w:rPr>
        <w:t>☐</w:t>
      </w:r>
      <w:r>
        <w:rPr>
          <w:rFonts w:eastAsia="Arial"/>
          <w:b/>
          <w:sz w:val="17"/>
        </w:rPr>
        <w:t xml:space="preserve">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7F71B8" w14:paraId="5F94A1B9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229C4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D920F8" w14:textId="77777777" w:rsidR="007F71B8" w:rsidRDefault="007F71B8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278A0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A643E" w14:textId="77777777" w:rsidR="007F71B8" w:rsidRDefault="007F71B8">
            <w:pPr>
              <w:spacing w:after="0" w:line="240" w:lineRule="auto"/>
            </w:pPr>
          </w:p>
        </w:tc>
      </w:tr>
      <w:tr w:rsidR="007F71B8" w14:paraId="718ACAD3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D1224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DEA68" w14:textId="77777777" w:rsidR="007F71B8" w:rsidRDefault="007F71B8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6973C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4B184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  <w:tr w:rsidR="007F71B8" w14:paraId="09DB11BE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3F17E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45DBD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D1C50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3FE2F" w14:textId="77777777" w:rsidR="007F71B8" w:rsidRDefault="003C1883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</w:tbl>
    <w:p w14:paraId="34445022" w14:textId="77777777" w:rsidR="007F71B8" w:rsidRDefault="003C1883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33"/>
          <w:footerReference w:type="default" r:id="rId34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26FD754E" w14:textId="36237AF2" w:rsidR="00113555" w:rsidRDefault="007D439A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Wiptoestellen</w:t>
      </w:r>
      <w:proofErr w:type="spellEnd"/>
    </w:p>
    <w:p w14:paraId="6489FA77" w14:textId="77777777" w:rsidR="00113555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13555" w14:paraId="58B44E96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A8BDD" w14:textId="77777777" w:rsidR="00113555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24CB0CAB" w14:textId="77777777" w:rsidR="000A3D10" w:rsidRDefault="00000000" w:rsidP="000A3D10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3A8FFB22" w14:textId="2B277BF4" w:rsidR="00113555" w:rsidRDefault="00000000" w:rsidP="000A3D1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113555" w14:paraId="5855630F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2087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B9127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C496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9C6A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67EEE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06C3D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113555" w14:paraId="000C736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61CE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EA2D3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C9769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7FF2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5970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093A1" w14:textId="77777777" w:rsidR="00113555" w:rsidRDefault="00113555">
            <w:pPr>
              <w:spacing w:after="0" w:line="240" w:lineRule="auto"/>
            </w:pPr>
          </w:p>
        </w:tc>
      </w:tr>
      <w:tr w:rsidR="00113555" w14:paraId="2B17FCE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3660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DAB7B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850B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E78A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8045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AB393" w14:textId="77777777" w:rsidR="00113555" w:rsidRDefault="00113555">
            <w:pPr>
              <w:spacing w:after="0" w:line="240" w:lineRule="auto"/>
            </w:pPr>
          </w:p>
        </w:tc>
      </w:tr>
      <w:tr w:rsidR="00113555" w14:paraId="388C8B6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EC093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EB540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C16A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E5D5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077F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683D6" w14:textId="77777777" w:rsidR="00113555" w:rsidRDefault="00113555">
            <w:pPr>
              <w:spacing w:after="0" w:line="240" w:lineRule="auto"/>
            </w:pPr>
          </w:p>
        </w:tc>
      </w:tr>
      <w:tr w:rsidR="00113555" w14:paraId="0F03A1A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D908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EE3F6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C287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839E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31943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F6787" w14:textId="77777777" w:rsidR="00113555" w:rsidRDefault="00113555">
            <w:pPr>
              <w:spacing w:after="0" w:line="240" w:lineRule="auto"/>
            </w:pPr>
          </w:p>
        </w:tc>
      </w:tr>
      <w:tr w:rsidR="00113555" w14:paraId="094E0D4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E3873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85C02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E967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F0FA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7300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AAAFA" w14:textId="77777777" w:rsidR="00113555" w:rsidRDefault="00113555">
            <w:pPr>
              <w:spacing w:after="0" w:line="240" w:lineRule="auto"/>
            </w:pPr>
          </w:p>
        </w:tc>
      </w:tr>
      <w:tr w:rsidR="00113555" w14:paraId="7E3139C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FB86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1306F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C124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6F71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72863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31FA1" w14:textId="77777777" w:rsidR="00113555" w:rsidRDefault="00113555">
            <w:pPr>
              <w:spacing w:after="0" w:line="240" w:lineRule="auto"/>
            </w:pPr>
          </w:p>
        </w:tc>
      </w:tr>
      <w:tr w:rsidR="00113555" w14:paraId="046CA4D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83774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3470A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9349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30BD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99736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BD58F" w14:textId="77777777" w:rsidR="00113555" w:rsidRDefault="00113555">
            <w:pPr>
              <w:spacing w:after="0" w:line="240" w:lineRule="auto"/>
            </w:pPr>
          </w:p>
        </w:tc>
      </w:tr>
      <w:tr w:rsidR="00113555" w14:paraId="73B18F0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BC5E8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44946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BBCC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6CB0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8B5F9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9DBCA" w14:textId="77777777" w:rsidR="00113555" w:rsidRDefault="00113555">
            <w:pPr>
              <w:spacing w:after="0" w:line="240" w:lineRule="auto"/>
            </w:pPr>
          </w:p>
        </w:tc>
      </w:tr>
      <w:tr w:rsidR="00113555" w14:paraId="76EEE67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9C82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15A1D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AD67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1609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3CC9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C6BC3" w14:textId="77777777" w:rsidR="00113555" w:rsidRDefault="00113555">
            <w:pPr>
              <w:spacing w:after="0" w:line="240" w:lineRule="auto"/>
            </w:pPr>
          </w:p>
        </w:tc>
      </w:tr>
      <w:tr w:rsidR="00113555" w14:paraId="11EF604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0B4548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DB8E4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AE59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66E6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6471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36B13" w14:textId="77777777" w:rsidR="00113555" w:rsidRDefault="00113555">
            <w:pPr>
              <w:spacing w:after="0" w:line="240" w:lineRule="auto"/>
            </w:pPr>
          </w:p>
        </w:tc>
      </w:tr>
      <w:tr w:rsidR="00113555" w14:paraId="0926F2B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DCD0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04137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2BE7C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27D4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CEBA8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93DDB" w14:textId="77777777" w:rsidR="00113555" w:rsidRDefault="00113555">
            <w:pPr>
              <w:spacing w:after="0" w:line="240" w:lineRule="auto"/>
            </w:pPr>
          </w:p>
        </w:tc>
      </w:tr>
      <w:tr w:rsidR="00113555" w14:paraId="5E77A5A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B4A5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024AE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BF3B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1786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5588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2A4C2" w14:textId="77777777" w:rsidR="00113555" w:rsidRDefault="00113555">
            <w:pPr>
              <w:spacing w:after="0" w:line="240" w:lineRule="auto"/>
            </w:pPr>
          </w:p>
        </w:tc>
      </w:tr>
      <w:tr w:rsidR="00113555" w14:paraId="1B69D6E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9F4C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FF6E5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F740C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3EDC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63AC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96FFB" w14:textId="77777777" w:rsidR="00113555" w:rsidRDefault="00113555">
            <w:pPr>
              <w:spacing w:after="0" w:line="240" w:lineRule="auto"/>
            </w:pPr>
          </w:p>
        </w:tc>
      </w:tr>
    </w:tbl>
    <w:p w14:paraId="4666839B" w14:textId="77777777" w:rsidR="00113555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Wiptoestellen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113555" w14:paraId="4288476D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3BEC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AC099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B5B1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1587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BBD6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DC8AC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113555" w14:paraId="5055603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8EB61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AA65B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type wiptoestel (wipwap, hobbelwip/veerwip of schuifwip) is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CBAC9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6B288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BF71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294DA" w14:textId="77777777" w:rsidR="00113555" w:rsidRDefault="00113555">
            <w:pPr>
              <w:spacing w:after="0" w:line="240" w:lineRule="auto"/>
            </w:pPr>
          </w:p>
        </w:tc>
      </w:tr>
      <w:tr w:rsidR="00113555" w14:paraId="51E4AB6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7E7F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B5A28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valruimte bedraagt minimaal 1.000 mm rondom het toestel en is vrij van obstakels.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E7F6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B831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7FF06E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769D9" w14:textId="77777777" w:rsidR="00113555" w:rsidRDefault="00113555">
            <w:pPr>
              <w:spacing w:after="0" w:line="240" w:lineRule="auto"/>
            </w:pPr>
          </w:p>
        </w:tc>
      </w:tr>
      <w:tr w:rsidR="00113555" w14:paraId="59D9CFE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FAAB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404D8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maximaal 1.500 mm bij een wipwap.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8AA351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833E5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B870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7B8CF" w14:textId="77777777" w:rsidR="00113555" w:rsidRDefault="00113555">
            <w:pPr>
              <w:spacing w:after="0" w:line="240" w:lineRule="auto"/>
            </w:pPr>
          </w:p>
        </w:tc>
      </w:tr>
      <w:tr w:rsidR="00113555" w14:paraId="5F9CA0B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A215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EF96C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maximaal 1.000 mm bij een hobbelwip of veerwip.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3A21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F125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08633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93B82" w14:textId="77777777" w:rsidR="00113555" w:rsidRDefault="00113555">
            <w:pPr>
              <w:spacing w:after="0" w:line="240" w:lineRule="auto"/>
            </w:pPr>
          </w:p>
        </w:tc>
      </w:tr>
      <w:tr w:rsidR="00113555" w14:paraId="5D2D17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DCEE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6CED3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maximaal 1.500 mm bij een schuifwip.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97839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6216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C98F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594DF" w14:textId="77777777" w:rsidR="00113555" w:rsidRDefault="00113555">
            <w:pPr>
              <w:spacing w:after="0" w:line="240" w:lineRule="auto"/>
            </w:pPr>
          </w:p>
        </w:tc>
      </w:tr>
      <w:tr w:rsidR="00113555" w14:paraId="640209A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E0AB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EFFF4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beweging wordt geleidelijk afgeremd; het toestel stopt niet plotseling en slaat niet hard tegen de grond.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E00D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22F3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6A0A01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E849B" w14:textId="77777777" w:rsidR="00113555" w:rsidRDefault="00113555">
            <w:pPr>
              <w:spacing w:after="0" w:line="240" w:lineRule="auto"/>
            </w:pPr>
          </w:p>
        </w:tc>
      </w:tr>
      <w:tr w:rsidR="00113555" w14:paraId="34D814F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8E8E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B4686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maximale bewegingshoek bedraagt 20 graden bij een wipwap en 30 graden bij een hobbelwip.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D5866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5131A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AA25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1B70C" w14:textId="77777777" w:rsidR="00113555" w:rsidRDefault="00113555">
            <w:pPr>
              <w:spacing w:after="0" w:line="240" w:lineRule="auto"/>
            </w:pPr>
          </w:p>
        </w:tc>
      </w:tr>
      <w:tr w:rsidR="00113555" w14:paraId="5EBAD96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A9E84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0D8BC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Draaipunt, veer, lagers en bewegende verbindingen zijn afgeschermd en hebben geen overmatige slijtage of speling.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7A88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9CD44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46B5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6C6F0" w14:textId="77777777" w:rsidR="00113555" w:rsidRDefault="00113555">
            <w:pPr>
              <w:spacing w:after="0" w:line="240" w:lineRule="auto"/>
            </w:pPr>
          </w:p>
        </w:tc>
      </w:tr>
      <w:tr w:rsidR="00113555" w14:paraId="1842C6E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313B1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74DE2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Handgrepen en voetsteunen zitten stevig vast en kunnen niet draaien.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3B61C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E364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5F18D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0964D" w14:textId="77777777" w:rsidR="00113555" w:rsidRDefault="00113555">
            <w:pPr>
              <w:spacing w:after="0" w:line="240" w:lineRule="auto"/>
            </w:pPr>
          </w:p>
        </w:tc>
      </w:tr>
      <w:tr w:rsidR="00113555" w14:paraId="7020641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5C8A9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FEA71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actuele toestellen hebben handgrepen en voetsteunen een diameter van minimaal 44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1ABDE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3B540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3EF28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A9E1B" w14:textId="77777777" w:rsidR="00113555" w:rsidRDefault="00113555">
            <w:pPr>
              <w:spacing w:after="0" w:line="240" w:lineRule="auto"/>
            </w:pPr>
          </w:p>
        </w:tc>
      </w:tr>
      <w:tr w:rsidR="00113555" w14:paraId="02E4D0F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C06D1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E5891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Uitstekende delen zijn niet langer dan 22 mm en veroorzaken geen haak- of stootgevaar.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887F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41D83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D193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BFDD0" w14:textId="77777777" w:rsidR="00113555" w:rsidRDefault="00113555">
            <w:pPr>
              <w:spacing w:after="0" w:line="240" w:lineRule="auto"/>
            </w:pPr>
          </w:p>
        </w:tc>
      </w:tr>
      <w:tr w:rsidR="00113555" w14:paraId="2854907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109E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637B8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Zitplaatsen, stootdempers, constructie, fundering en verankering zijn heel en stabiel.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452EF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0E3A1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6949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E3D5A" w14:textId="77777777" w:rsidR="00113555" w:rsidRDefault="00113555">
            <w:pPr>
              <w:spacing w:after="0" w:line="240" w:lineRule="auto"/>
            </w:pPr>
          </w:p>
        </w:tc>
      </w:tr>
      <w:tr w:rsidR="00113555" w14:paraId="3590934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71F37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54FBC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afstand tot de bodem en bewegende delen veroorzaakt geen voet-, been- of vingerbeknelling.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08F1B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EADF0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3B3B2" w14:textId="77777777" w:rsidR="0011355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16F88" w14:textId="77777777" w:rsidR="00113555" w:rsidRDefault="00113555">
            <w:pPr>
              <w:spacing w:after="0" w:line="240" w:lineRule="auto"/>
            </w:pPr>
          </w:p>
        </w:tc>
      </w:tr>
    </w:tbl>
    <w:p w14:paraId="066E6FE6" w14:textId="77777777" w:rsidR="00113555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113555" w14:paraId="364B8B6C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77603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7386A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C26DB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B6C10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D66C0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113555" w14:paraId="3CBE658F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08681" w14:textId="77777777" w:rsidR="00113555" w:rsidRDefault="0011355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4B54A" w14:textId="77777777" w:rsidR="00113555" w:rsidRDefault="0011355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BBB16" w14:textId="77777777" w:rsidR="00113555" w:rsidRDefault="0011355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527B7" w14:textId="77777777" w:rsidR="00113555" w:rsidRDefault="0011355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16077" w14:textId="77777777" w:rsidR="00113555" w:rsidRDefault="00113555">
            <w:pPr>
              <w:spacing w:after="0" w:line="240" w:lineRule="auto"/>
            </w:pPr>
          </w:p>
        </w:tc>
      </w:tr>
      <w:tr w:rsidR="00113555" w14:paraId="436C1BA3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AFEDB" w14:textId="77777777" w:rsidR="00113555" w:rsidRDefault="0011355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00495" w14:textId="77777777" w:rsidR="00113555" w:rsidRDefault="0011355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C86B3" w14:textId="77777777" w:rsidR="00113555" w:rsidRDefault="0011355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827D8" w14:textId="77777777" w:rsidR="00113555" w:rsidRDefault="0011355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D4065" w14:textId="77777777" w:rsidR="00113555" w:rsidRDefault="00113555">
            <w:pPr>
              <w:spacing w:after="0" w:line="240" w:lineRule="auto"/>
            </w:pPr>
          </w:p>
        </w:tc>
      </w:tr>
      <w:tr w:rsidR="00113555" w14:paraId="74A5EDCB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D17DB" w14:textId="77777777" w:rsidR="00113555" w:rsidRDefault="0011355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8E5A7" w14:textId="77777777" w:rsidR="00113555" w:rsidRDefault="0011355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CF213E" w14:textId="77777777" w:rsidR="00113555" w:rsidRDefault="0011355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B1EBD" w14:textId="77777777" w:rsidR="00113555" w:rsidRDefault="0011355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722FC" w14:textId="77777777" w:rsidR="00113555" w:rsidRDefault="00113555">
            <w:pPr>
              <w:spacing w:after="0" w:line="240" w:lineRule="auto"/>
            </w:pPr>
          </w:p>
        </w:tc>
      </w:tr>
    </w:tbl>
    <w:p w14:paraId="1CA07331" w14:textId="77777777" w:rsidR="00113555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526FEE99" w14:textId="77777777" w:rsidR="00113555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113555" w14:paraId="278E8F5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14E95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06C4B" w14:textId="77777777" w:rsidR="00113555" w:rsidRDefault="00113555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73BA2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78D25" w14:textId="77777777" w:rsidR="00113555" w:rsidRDefault="00113555">
            <w:pPr>
              <w:spacing w:after="0" w:line="240" w:lineRule="auto"/>
            </w:pPr>
          </w:p>
        </w:tc>
      </w:tr>
      <w:tr w:rsidR="00113555" w14:paraId="4E163B26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EFB91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5AB29" w14:textId="77777777" w:rsidR="00113555" w:rsidRDefault="00113555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43AA8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B151F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113555" w14:paraId="6B4DFE3E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8086E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845D1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B454E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EAE36" w14:textId="77777777" w:rsidR="0011355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2A1F8C4E" w14:textId="77777777" w:rsidR="00113555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35"/>
          <w:footerReference w:type="default" r:id="rId36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1F151B7C" w14:textId="329923A1" w:rsidR="00055FA8" w:rsidRDefault="00F00E33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Zandbakken</w:t>
      </w:r>
      <w:proofErr w:type="spellEnd"/>
    </w:p>
    <w:p w14:paraId="07CC1461" w14:textId="77777777" w:rsidR="00055FA8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55FA8" w14:paraId="35DD93AE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86C9" w14:textId="77777777" w:rsidR="00055FA8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2C79A514" w14:textId="77777777" w:rsidR="00945D4E" w:rsidRDefault="00000000" w:rsidP="00945D4E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070D1742" w14:textId="207465FF" w:rsidR="00055FA8" w:rsidRDefault="00000000" w:rsidP="00945D4E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055FA8" w14:paraId="5FCAF9E6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1F48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F9A3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B22E3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65D8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F79BB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DEBC7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055FA8" w14:paraId="70F238E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1C6C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341B7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CF4A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1949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E1F00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81B0A" w14:textId="77777777" w:rsidR="00055FA8" w:rsidRDefault="00055FA8">
            <w:pPr>
              <w:spacing w:after="0" w:line="240" w:lineRule="auto"/>
            </w:pPr>
          </w:p>
        </w:tc>
      </w:tr>
      <w:tr w:rsidR="00055FA8" w14:paraId="749A1E6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CFF4F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B3F02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D0A3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EB030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9D5B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98543" w14:textId="77777777" w:rsidR="00055FA8" w:rsidRDefault="00055FA8">
            <w:pPr>
              <w:spacing w:after="0" w:line="240" w:lineRule="auto"/>
            </w:pPr>
          </w:p>
        </w:tc>
      </w:tr>
      <w:tr w:rsidR="00055FA8" w14:paraId="5362638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D1EB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F853A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6F7D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5F7B1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1850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96AC8" w14:textId="77777777" w:rsidR="00055FA8" w:rsidRDefault="00055FA8">
            <w:pPr>
              <w:spacing w:after="0" w:line="240" w:lineRule="auto"/>
            </w:pPr>
          </w:p>
        </w:tc>
      </w:tr>
      <w:tr w:rsidR="00055FA8" w14:paraId="5390F81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223D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4CB9E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412D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3880D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71FE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EEDAF" w14:textId="77777777" w:rsidR="00055FA8" w:rsidRDefault="00055FA8">
            <w:pPr>
              <w:spacing w:after="0" w:line="240" w:lineRule="auto"/>
            </w:pPr>
          </w:p>
        </w:tc>
      </w:tr>
      <w:tr w:rsidR="00055FA8" w14:paraId="0E70E32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B4A7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3F66B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013C3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FDF8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DFE85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0E2FD" w14:textId="77777777" w:rsidR="00055FA8" w:rsidRDefault="00055FA8">
            <w:pPr>
              <w:spacing w:after="0" w:line="240" w:lineRule="auto"/>
            </w:pPr>
          </w:p>
        </w:tc>
      </w:tr>
      <w:tr w:rsidR="00055FA8" w14:paraId="084FAA8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6D71D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730C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61EF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EE2B0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51117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D9AFD" w14:textId="77777777" w:rsidR="00055FA8" w:rsidRDefault="00055FA8">
            <w:pPr>
              <w:spacing w:after="0" w:line="240" w:lineRule="auto"/>
            </w:pPr>
          </w:p>
        </w:tc>
      </w:tr>
      <w:tr w:rsidR="00055FA8" w14:paraId="504E2B4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D2BD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6F506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2CA03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C9F0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E4D8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1EAEB" w14:textId="77777777" w:rsidR="00055FA8" w:rsidRDefault="00055FA8">
            <w:pPr>
              <w:spacing w:after="0" w:line="240" w:lineRule="auto"/>
            </w:pPr>
          </w:p>
        </w:tc>
      </w:tr>
      <w:tr w:rsidR="00055FA8" w14:paraId="67F01F0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E86C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E5472D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85CB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AC53A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D4AF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1BA2D" w14:textId="77777777" w:rsidR="00055FA8" w:rsidRDefault="00055FA8">
            <w:pPr>
              <w:spacing w:after="0" w:line="240" w:lineRule="auto"/>
            </w:pPr>
          </w:p>
        </w:tc>
      </w:tr>
      <w:tr w:rsidR="00055FA8" w14:paraId="0A0CFC0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2F86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F7AD9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8E05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2CCE9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BCAA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B4C5A" w14:textId="77777777" w:rsidR="00055FA8" w:rsidRDefault="00055FA8">
            <w:pPr>
              <w:spacing w:after="0" w:line="240" w:lineRule="auto"/>
            </w:pPr>
          </w:p>
        </w:tc>
      </w:tr>
      <w:tr w:rsidR="00055FA8" w14:paraId="1E1F22E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E530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3A78F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CA0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6476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4E4AF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E5B3D" w14:textId="77777777" w:rsidR="00055FA8" w:rsidRDefault="00055FA8">
            <w:pPr>
              <w:spacing w:after="0" w:line="240" w:lineRule="auto"/>
            </w:pPr>
          </w:p>
        </w:tc>
      </w:tr>
      <w:tr w:rsidR="00055FA8" w14:paraId="05607C0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9E4E9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F89F2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BF7CF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E937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B4EAF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67A58" w14:textId="77777777" w:rsidR="00055FA8" w:rsidRDefault="00055FA8">
            <w:pPr>
              <w:spacing w:after="0" w:line="240" w:lineRule="auto"/>
            </w:pPr>
          </w:p>
        </w:tc>
      </w:tr>
      <w:tr w:rsidR="00055FA8" w14:paraId="28621BA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2EE5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E324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ADFBA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C59CA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710A7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69EAD" w14:textId="77777777" w:rsidR="00055FA8" w:rsidRDefault="00055FA8">
            <w:pPr>
              <w:spacing w:after="0" w:line="240" w:lineRule="auto"/>
            </w:pPr>
          </w:p>
        </w:tc>
      </w:tr>
      <w:tr w:rsidR="00055FA8" w14:paraId="6EE1D24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CAAF7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7ADE2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67D0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6A1A0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03402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2025F" w14:textId="77777777" w:rsidR="00055FA8" w:rsidRDefault="00055FA8">
            <w:pPr>
              <w:spacing w:after="0" w:line="240" w:lineRule="auto"/>
            </w:pPr>
          </w:p>
        </w:tc>
      </w:tr>
    </w:tbl>
    <w:p w14:paraId="684D9B01" w14:textId="77777777" w:rsidR="00055FA8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Zandbakken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055FA8" w14:paraId="009413C6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056B3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AC2A2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97DC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ABBE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7050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99ACA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055FA8" w14:paraId="431BDCE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744FB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E37EA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Randen, hoeken, zitdelen en verbindingen zijn heel, stabiel en vrij van splinters en scherpe delen.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3CC1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8B3F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DEEDD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17B16" w14:textId="77777777" w:rsidR="00055FA8" w:rsidRDefault="00055FA8">
            <w:pPr>
              <w:spacing w:after="0" w:line="240" w:lineRule="auto"/>
            </w:pPr>
          </w:p>
        </w:tc>
      </w:tr>
      <w:tr w:rsidR="00055FA8" w14:paraId="2403519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F7331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F954F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zandbak bevat geen glas, metaal, naalden, afval, stenen of andere gevaarlijke voorwerpen.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FA1A9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99F7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6A41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1F1BB" w14:textId="77777777" w:rsidR="00055FA8" w:rsidRDefault="00055FA8">
            <w:pPr>
              <w:spacing w:after="0" w:line="240" w:lineRule="auto"/>
            </w:pPr>
          </w:p>
        </w:tc>
      </w:tr>
      <w:tr w:rsidR="00055FA8" w14:paraId="068F009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D488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4FC06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uitwerpselen of andere zichtbare verontreinigingen van dieren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551D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26367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C314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B0F84" w14:textId="77777777" w:rsidR="00055FA8" w:rsidRDefault="00055FA8">
            <w:pPr>
              <w:spacing w:after="0" w:line="240" w:lineRule="auto"/>
            </w:pPr>
          </w:p>
        </w:tc>
      </w:tr>
      <w:tr w:rsidR="00055FA8" w14:paraId="37558FB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5645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710C8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zand bevat geen schimmel, ongewenste plantengroei, sterke geur of andere tekenen van verontreiniging.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BA4D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BECFCD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36B846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8363C" w14:textId="77777777" w:rsidR="00055FA8" w:rsidRDefault="00055FA8">
            <w:pPr>
              <w:spacing w:after="0" w:line="240" w:lineRule="auto"/>
            </w:pPr>
          </w:p>
        </w:tc>
      </w:tr>
      <w:tr w:rsidR="00055FA8" w14:paraId="390F320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712E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1C32CE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afdekking, indien aanwezig, is heel, schoon, veilig te gebruiken en veroorzaakt geen verstikkings- of beknellingsgevaar.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5E659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2B22E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A845A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42AEA" w14:textId="77777777" w:rsidR="00055FA8" w:rsidRDefault="00055FA8">
            <w:pPr>
              <w:spacing w:after="0" w:line="240" w:lineRule="auto"/>
            </w:pPr>
          </w:p>
        </w:tc>
      </w:tr>
      <w:tr w:rsidR="00055FA8" w14:paraId="1FC24DD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EA99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C82B5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speelzand is geschikt, schoon, voldoende los en bevat geen scherpe of schadelijke bestanddelen.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F41D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D475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5DE71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3842B" w14:textId="77777777" w:rsidR="00055FA8" w:rsidRDefault="00055FA8">
            <w:pPr>
              <w:spacing w:after="0" w:line="240" w:lineRule="auto"/>
            </w:pPr>
          </w:p>
        </w:tc>
      </w:tr>
      <w:tr w:rsidR="00055FA8" w14:paraId="4E4E1D5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14AC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EC967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zanddiepte bedraagt bij voorkeur maximaal 500 mm om zeer diepe instabiele tunnels te beperken.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139B9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06F1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262A7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F7B68" w14:textId="77777777" w:rsidR="00055FA8" w:rsidRDefault="00055FA8">
            <w:pPr>
              <w:spacing w:after="0" w:line="240" w:lineRule="auto"/>
            </w:pPr>
          </w:p>
        </w:tc>
      </w:tr>
      <w:tr w:rsidR="00055FA8" w14:paraId="2C4145C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8ADA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9F293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zandbak kan goed afwateren en bevat geen langdurig stilstaand water.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BB94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EFA3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2A0CC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F7326" w14:textId="77777777" w:rsidR="00055FA8" w:rsidRDefault="00055FA8">
            <w:pPr>
              <w:spacing w:after="0" w:line="240" w:lineRule="auto"/>
            </w:pPr>
          </w:p>
        </w:tc>
      </w:tr>
      <w:tr w:rsidR="00055FA8" w14:paraId="74C4B12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DEBDB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E1C3C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controle op uitwerpselen van honden en katten vindt minimaal eenmaal per twee weken plaats en is geregistreerd.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DDDF2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876F0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7AFDA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20FCB" w14:textId="77777777" w:rsidR="00055FA8" w:rsidRDefault="00055FA8">
            <w:pPr>
              <w:spacing w:after="0" w:line="240" w:lineRule="auto"/>
            </w:pPr>
          </w:p>
        </w:tc>
      </w:tr>
      <w:tr w:rsidR="00055FA8" w14:paraId="355FFF4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D90F8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F458C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Wanneer de zandbak niet kan worden afgedekt, is beoordeeld of jaarlijkse vervanging vóór het buitenseizoen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BE25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67B84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D7055" w14:textId="77777777" w:rsidR="00055FA8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B76F9" w14:textId="77777777" w:rsidR="00055FA8" w:rsidRDefault="00055FA8">
            <w:pPr>
              <w:spacing w:after="0" w:line="240" w:lineRule="auto"/>
            </w:pPr>
          </w:p>
        </w:tc>
      </w:tr>
    </w:tbl>
    <w:p w14:paraId="3ED22CCD" w14:textId="77777777" w:rsidR="00055FA8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055FA8" w14:paraId="000740DF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D89AB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72CC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CB478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41697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38523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055FA8" w14:paraId="66999209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0647C" w14:textId="77777777" w:rsidR="00055FA8" w:rsidRDefault="00055FA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BA8BC" w14:textId="77777777" w:rsidR="00055FA8" w:rsidRDefault="00055FA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52AE8" w14:textId="77777777" w:rsidR="00055FA8" w:rsidRDefault="00055FA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BF4CD" w14:textId="77777777" w:rsidR="00055FA8" w:rsidRDefault="00055FA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B333D" w14:textId="77777777" w:rsidR="00055FA8" w:rsidRDefault="00055FA8">
            <w:pPr>
              <w:spacing w:after="0" w:line="240" w:lineRule="auto"/>
            </w:pPr>
          </w:p>
        </w:tc>
      </w:tr>
      <w:tr w:rsidR="00055FA8" w14:paraId="7661E306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44C3F" w14:textId="77777777" w:rsidR="00055FA8" w:rsidRDefault="00055FA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DD2B8" w14:textId="77777777" w:rsidR="00055FA8" w:rsidRDefault="00055FA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9C1C6" w14:textId="77777777" w:rsidR="00055FA8" w:rsidRDefault="00055FA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B961B" w14:textId="77777777" w:rsidR="00055FA8" w:rsidRDefault="00055FA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A6718" w14:textId="77777777" w:rsidR="00055FA8" w:rsidRDefault="00055FA8">
            <w:pPr>
              <w:spacing w:after="0" w:line="240" w:lineRule="auto"/>
            </w:pPr>
          </w:p>
        </w:tc>
      </w:tr>
      <w:tr w:rsidR="00055FA8" w14:paraId="6E3C7DDA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F5F2F" w14:textId="77777777" w:rsidR="00055FA8" w:rsidRDefault="00055FA8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3473F" w14:textId="77777777" w:rsidR="00055FA8" w:rsidRDefault="00055FA8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10610" w14:textId="77777777" w:rsidR="00055FA8" w:rsidRDefault="00055FA8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28D45" w14:textId="77777777" w:rsidR="00055FA8" w:rsidRDefault="00055FA8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27AC3" w14:textId="77777777" w:rsidR="00055FA8" w:rsidRDefault="00055FA8">
            <w:pPr>
              <w:spacing w:after="0" w:line="240" w:lineRule="auto"/>
            </w:pPr>
          </w:p>
        </w:tc>
      </w:tr>
    </w:tbl>
    <w:p w14:paraId="21B50D6E" w14:textId="77777777" w:rsidR="00055FA8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39D10AC1" w14:textId="77777777" w:rsidR="00055FA8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055FA8" w14:paraId="418917D8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6672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F2EBC" w14:textId="77777777" w:rsidR="00055FA8" w:rsidRDefault="00055FA8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0C2A7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87124" w14:textId="77777777" w:rsidR="00055FA8" w:rsidRDefault="00055FA8">
            <w:pPr>
              <w:spacing w:after="0" w:line="240" w:lineRule="auto"/>
            </w:pPr>
          </w:p>
        </w:tc>
      </w:tr>
      <w:tr w:rsidR="00055FA8" w14:paraId="08D672D5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481ED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94462" w14:textId="77777777" w:rsidR="00055FA8" w:rsidRDefault="00055FA8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10A9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F218A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055FA8" w14:paraId="76F48ED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01974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D3E95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6CE9A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0E4C1" w14:textId="77777777" w:rsidR="00055FA8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1F198A74" w14:textId="77777777" w:rsidR="00055FA8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37"/>
          <w:footerReference w:type="default" r:id="rId38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54F494BA" w14:textId="5EC8271F" w:rsidR="00CF25F4" w:rsidRDefault="001024EB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Geheel</w:t>
      </w:r>
      <w:proofErr w:type="spellEnd"/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omheinde</w:t>
      </w:r>
      <w:proofErr w:type="spellEnd"/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speeltoestellen</w:t>
      </w:r>
      <w:proofErr w:type="spellEnd"/>
    </w:p>
    <w:p w14:paraId="45FA91DD" w14:textId="77777777" w:rsidR="00CF25F4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F25F4" w14:paraId="6D857577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B383" w14:textId="77777777" w:rsidR="00CF25F4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4D59894E" w14:textId="77777777" w:rsidR="001024EB" w:rsidRDefault="00000000" w:rsidP="001024EB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1133499B" w14:textId="0E4D7A4D" w:rsidR="00CF25F4" w:rsidRDefault="00000000" w:rsidP="001024EB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CF25F4" w14:paraId="30D4100A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B73D5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798E2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0DC2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AE45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7AAF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67DC7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CF25F4" w14:paraId="60B1786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813D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D1E01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4E77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1085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AB7D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BAE11" w14:textId="77777777" w:rsidR="00CF25F4" w:rsidRDefault="00CF25F4">
            <w:pPr>
              <w:spacing w:after="0" w:line="240" w:lineRule="auto"/>
            </w:pPr>
          </w:p>
        </w:tc>
      </w:tr>
      <w:tr w:rsidR="00CF25F4" w14:paraId="77915B4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5B48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C85F3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B975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AADB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63027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1FB45" w14:textId="77777777" w:rsidR="00CF25F4" w:rsidRDefault="00CF25F4">
            <w:pPr>
              <w:spacing w:after="0" w:line="240" w:lineRule="auto"/>
            </w:pPr>
          </w:p>
        </w:tc>
      </w:tr>
      <w:tr w:rsidR="00CF25F4" w14:paraId="73A9C23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6E0F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17CCE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DEE8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5CA3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BEA9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35C53" w14:textId="77777777" w:rsidR="00CF25F4" w:rsidRDefault="00CF25F4">
            <w:pPr>
              <w:spacing w:after="0" w:line="240" w:lineRule="auto"/>
            </w:pPr>
          </w:p>
        </w:tc>
      </w:tr>
      <w:tr w:rsidR="00CF25F4" w14:paraId="7666DA9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C2DD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C8638E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02A7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AA01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CE31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15E99" w14:textId="77777777" w:rsidR="00CF25F4" w:rsidRDefault="00CF25F4">
            <w:pPr>
              <w:spacing w:after="0" w:line="240" w:lineRule="auto"/>
            </w:pPr>
          </w:p>
        </w:tc>
      </w:tr>
      <w:tr w:rsidR="00CF25F4" w14:paraId="05ADB27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D9A5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7E030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07BB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5D825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1C8A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6865" w14:textId="77777777" w:rsidR="00CF25F4" w:rsidRDefault="00CF25F4">
            <w:pPr>
              <w:spacing w:after="0" w:line="240" w:lineRule="auto"/>
            </w:pPr>
          </w:p>
        </w:tc>
      </w:tr>
      <w:tr w:rsidR="00CF25F4" w14:paraId="53157A1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4A63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A9402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CD163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9B9C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9CA7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8D44E" w14:textId="77777777" w:rsidR="00CF25F4" w:rsidRDefault="00CF25F4">
            <w:pPr>
              <w:spacing w:after="0" w:line="240" w:lineRule="auto"/>
            </w:pPr>
          </w:p>
        </w:tc>
      </w:tr>
      <w:tr w:rsidR="00CF25F4" w14:paraId="1298DA4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9C8A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48C81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F3437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2E57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8ADF8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D0B57" w14:textId="77777777" w:rsidR="00CF25F4" w:rsidRDefault="00CF25F4">
            <w:pPr>
              <w:spacing w:after="0" w:line="240" w:lineRule="auto"/>
            </w:pPr>
          </w:p>
        </w:tc>
      </w:tr>
      <w:tr w:rsidR="00CF25F4" w14:paraId="13AF4E2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AAF3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F6C4E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A91B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5588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2D3B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1F48B" w14:textId="77777777" w:rsidR="00CF25F4" w:rsidRDefault="00CF25F4">
            <w:pPr>
              <w:spacing w:after="0" w:line="240" w:lineRule="auto"/>
            </w:pPr>
          </w:p>
        </w:tc>
      </w:tr>
      <w:tr w:rsidR="00CF25F4" w14:paraId="174CA4C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5862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88685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D7BE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8043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7B3D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BE9FE" w14:textId="77777777" w:rsidR="00CF25F4" w:rsidRDefault="00CF25F4">
            <w:pPr>
              <w:spacing w:after="0" w:line="240" w:lineRule="auto"/>
            </w:pPr>
          </w:p>
        </w:tc>
      </w:tr>
      <w:tr w:rsidR="00CF25F4" w14:paraId="56E064C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9D7D4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9DE0B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839C5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CF217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026B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8E89A" w14:textId="77777777" w:rsidR="00CF25F4" w:rsidRDefault="00CF25F4">
            <w:pPr>
              <w:spacing w:after="0" w:line="240" w:lineRule="auto"/>
            </w:pPr>
          </w:p>
        </w:tc>
      </w:tr>
      <w:tr w:rsidR="00CF25F4" w14:paraId="17D5048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6809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08623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6BFA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39327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13A6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B39CB" w14:textId="77777777" w:rsidR="00CF25F4" w:rsidRDefault="00CF25F4">
            <w:pPr>
              <w:spacing w:after="0" w:line="240" w:lineRule="auto"/>
            </w:pPr>
          </w:p>
        </w:tc>
      </w:tr>
      <w:tr w:rsidR="00CF25F4" w14:paraId="4974969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1C6CF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D0E1A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62FB7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7214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5BC5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87F33" w14:textId="77777777" w:rsidR="00CF25F4" w:rsidRDefault="00CF25F4">
            <w:pPr>
              <w:spacing w:after="0" w:line="240" w:lineRule="auto"/>
            </w:pPr>
          </w:p>
        </w:tc>
      </w:tr>
      <w:tr w:rsidR="00CF25F4" w14:paraId="50C570F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1777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0156C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2B53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FB94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4BE93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FF422" w14:textId="77777777" w:rsidR="00CF25F4" w:rsidRDefault="00CF25F4">
            <w:pPr>
              <w:spacing w:after="0" w:line="240" w:lineRule="auto"/>
            </w:pPr>
          </w:p>
        </w:tc>
      </w:tr>
    </w:tbl>
    <w:p w14:paraId="418B07BF" w14:textId="77777777" w:rsidR="00CF25F4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Geheel omheinde speeltoestellen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CF25F4" w14:paraId="4AB66FB8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512B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ABDC7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F855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A17D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27644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FE7A5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CF25F4" w14:paraId="48B9864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8CA5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69BE2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Brandveiligheidsvoorzieningen, materiaalconditie en vluchtroutes zijn volgens het beheer- en ontruimingsplan gecontroleerd.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6FCC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B2EC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FABF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50ABB" w14:textId="77777777" w:rsidR="00CF25F4" w:rsidRDefault="00CF25F4">
            <w:pPr>
              <w:spacing w:after="0" w:line="240" w:lineRule="auto"/>
            </w:pPr>
          </w:p>
        </w:tc>
      </w:tr>
      <w:tr w:rsidR="00CF25F4" w14:paraId="40E0740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0D2D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570C6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Volwassenen kunnen alle delen van het toestel bereiken om een kind te helpen of te evacueren.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440A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0657C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22FB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C9DDA" w14:textId="77777777" w:rsidR="00CF25F4" w:rsidRDefault="00CF25F4">
            <w:pPr>
              <w:spacing w:after="0" w:line="240" w:lineRule="auto"/>
            </w:pPr>
          </w:p>
        </w:tc>
      </w:tr>
      <w:tr w:rsidR="00CF25F4" w14:paraId="2F7136D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04DD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62EE1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evacuatieroute is minimaal 1.300 mm hoog en 900 mm breed.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1536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9F60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F5EC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4C188" w14:textId="77777777" w:rsidR="00CF25F4" w:rsidRDefault="00CF25F4">
            <w:pPr>
              <w:spacing w:after="0" w:line="240" w:lineRule="auto"/>
            </w:pPr>
          </w:p>
        </w:tc>
      </w:tr>
      <w:tr w:rsidR="00CF25F4" w14:paraId="29A897D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1343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DDE1B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toestel voor minder dan twintig kinderen bedraagt de routebreedte minimaal 720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E726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77C8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25B0E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C1184" w14:textId="77777777" w:rsidR="00CF25F4" w:rsidRDefault="00CF25F4">
            <w:pPr>
              <w:spacing w:after="0" w:line="240" w:lineRule="auto"/>
            </w:pPr>
          </w:p>
        </w:tc>
      </w:tr>
      <w:tr w:rsidR="00CF25F4" w14:paraId="5937A86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71237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29768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afstand vanaf ieder punt in het toestel tot een uitgang bedraagt maximaal 18 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738F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025F4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CE885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0F8DB" w14:textId="77777777" w:rsidR="00CF25F4" w:rsidRDefault="00CF25F4">
            <w:pPr>
              <w:spacing w:after="0" w:line="240" w:lineRule="auto"/>
            </w:pPr>
          </w:p>
        </w:tc>
      </w:tr>
      <w:tr w:rsidR="00CF25F4" w14:paraId="5BC4827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5204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45D52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In- en uitgangen zijn herkenbaar, bereikbaar, niet geblokkeerd en functioneren zoals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CF39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A022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AC1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7C59A" w14:textId="77777777" w:rsidR="00CF25F4" w:rsidRDefault="00CF25F4">
            <w:pPr>
              <w:spacing w:after="0" w:line="240" w:lineRule="auto"/>
            </w:pPr>
          </w:p>
        </w:tc>
      </w:tr>
      <w:tr w:rsidR="00CF25F4" w14:paraId="77B193F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D905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7C256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bedraagt maximaal 2.000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7177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BE8E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1BF8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C8184" w14:textId="77777777" w:rsidR="00CF25F4" w:rsidRDefault="00CF25F4">
            <w:pPr>
              <w:spacing w:after="0" w:line="240" w:lineRule="auto"/>
            </w:pPr>
          </w:p>
        </w:tc>
      </w:tr>
      <w:tr w:rsidR="00CF25F4" w14:paraId="26EDF4D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77ED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90864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buitenzijde is tot 2.000 mm hoogte zo uitgevoerd dat ongewenst omhoog klimmen wordt tegengegaan.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3D6E6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37DE9D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41B8F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2045B" w14:textId="77777777" w:rsidR="00CF25F4" w:rsidRDefault="00CF25F4">
            <w:pPr>
              <w:spacing w:after="0" w:line="240" w:lineRule="auto"/>
            </w:pPr>
          </w:p>
        </w:tc>
      </w:tr>
      <w:tr w:rsidR="00CF25F4" w14:paraId="4DC3F36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7D26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E6BAB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Toezichthouders hebben voldoende zicht op de speelzones, risicopunten, in- en uitgangen.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53AD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F1B0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CBBF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44265" w14:textId="77777777" w:rsidR="00CF25F4" w:rsidRDefault="00CF25F4">
            <w:pPr>
              <w:spacing w:after="0" w:line="240" w:lineRule="auto"/>
            </w:pPr>
          </w:p>
        </w:tc>
      </w:tr>
      <w:tr w:rsidR="00CF25F4" w14:paraId="7625D72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CD68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9E2640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Touwen, netten, zachte delen, bevestigingen en afschermingen zijn heel en deugdelijk bevestigd.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E23D0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0D61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280B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1653E" w14:textId="77777777" w:rsidR="00CF25F4" w:rsidRDefault="00CF25F4">
            <w:pPr>
              <w:spacing w:after="0" w:line="240" w:lineRule="auto"/>
            </w:pPr>
          </w:p>
        </w:tc>
      </w:tr>
      <w:tr w:rsidR="00CF25F4" w14:paraId="54DA974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C1F5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BA945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dagelijkse controle vóór opening is uitgevoerd en geregistreerd.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9934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41B7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F0DD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37208" w14:textId="77777777" w:rsidR="00CF25F4" w:rsidRDefault="00CF25F4">
            <w:pPr>
              <w:spacing w:after="0" w:line="240" w:lineRule="auto"/>
            </w:pPr>
          </w:p>
        </w:tc>
      </w:tr>
      <w:tr w:rsidR="00CF25F4" w14:paraId="6CA8C4D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9D701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A3043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jaarlijkse uitgebreide inspectie door een deskundige persoon is aantoonbaar uitgevoerd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A273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F87FB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06C98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2D6D7" w14:textId="77777777" w:rsidR="00CF25F4" w:rsidRDefault="00CF25F4">
            <w:pPr>
              <w:spacing w:after="0" w:line="240" w:lineRule="auto"/>
            </w:pPr>
          </w:p>
        </w:tc>
      </w:tr>
      <w:tr w:rsidR="00CF25F4" w14:paraId="31E4F1A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4DBBA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BE4410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Toegang voor inspectie, reiniging, onderhoud en hulpverlening blijft mogelijk.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5FD52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EEA9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781E4" w14:textId="77777777" w:rsidR="00CF25F4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EE005" w14:textId="77777777" w:rsidR="00CF25F4" w:rsidRDefault="00CF25F4">
            <w:pPr>
              <w:spacing w:after="0" w:line="240" w:lineRule="auto"/>
            </w:pPr>
          </w:p>
        </w:tc>
      </w:tr>
    </w:tbl>
    <w:p w14:paraId="3716E18B" w14:textId="77777777" w:rsidR="00CF25F4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CF25F4" w14:paraId="773644E0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7577C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3D62F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CB460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07E8C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A39920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CF25F4" w14:paraId="71A3EAFB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FD46EC" w14:textId="77777777" w:rsidR="00CF25F4" w:rsidRDefault="00CF25F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6CE2F" w14:textId="77777777" w:rsidR="00CF25F4" w:rsidRDefault="00CF25F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0C40F" w14:textId="77777777" w:rsidR="00CF25F4" w:rsidRDefault="00CF25F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E24E6" w14:textId="77777777" w:rsidR="00CF25F4" w:rsidRDefault="00CF25F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A8743" w14:textId="77777777" w:rsidR="00CF25F4" w:rsidRDefault="00CF25F4">
            <w:pPr>
              <w:spacing w:after="0" w:line="240" w:lineRule="auto"/>
            </w:pPr>
          </w:p>
        </w:tc>
      </w:tr>
      <w:tr w:rsidR="00CF25F4" w14:paraId="7586BB16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A90A0" w14:textId="77777777" w:rsidR="00CF25F4" w:rsidRDefault="00CF25F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B241D" w14:textId="77777777" w:rsidR="00CF25F4" w:rsidRDefault="00CF25F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54C25" w14:textId="77777777" w:rsidR="00CF25F4" w:rsidRDefault="00CF25F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6F897" w14:textId="77777777" w:rsidR="00CF25F4" w:rsidRDefault="00CF25F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B87D4" w14:textId="77777777" w:rsidR="00CF25F4" w:rsidRDefault="00CF25F4">
            <w:pPr>
              <w:spacing w:after="0" w:line="240" w:lineRule="auto"/>
            </w:pPr>
          </w:p>
        </w:tc>
      </w:tr>
      <w:tr w:rsidR="00CF25F4" w14:paraId="67673228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42A7C" w14:textId="77777777" w:rsidR="00CF25F4" w:rsidRDefault="00CF25F4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EBBAE" w14:textId="77777777" w:rsidR="00CF25F4" w:rsidRDefault="00CF25F4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2B384" w14:textId="77777777" w:rsidR="00CF25F4" w:rsidRDefault="00CF25F4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D965C" w14:textId="77777777" w:rsidR="00CF25F4" w:rsidRDefault="00CF25F4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E253C" w14:textId="77777777" w:rsidR="00CF25F4" w:rsidRDefault="00CF25F4">
            <w:pPr>
              <w:spacing w:after="0" w:line="240" w:lineRule="auto"/>
            </w:pPr>
          </w:p>
        </w:tc>
      </w:tr>
    </w:tbl>
    <w:p w14:paraId="7CFC0DAE" w14:textId="77777777" w:rsidR="00CF25F4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6CA5D4A7" w14:textId="77777777" w:rsidR="00CF25F4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CF25F4" w14:paraId="34E2096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C0208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6AE06" w14:textId="77777777" w:rsidR="00CF25F4" w:rsidRDefault="00CF25F4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EC9BC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E1BED" w14:textId="77777777" w:rsidR="00CF25F4" w:rsidRDefault="00CF25F4">
            <w:pPr>
              <w:spacing w:after="0" w:line="240" w:lineRule="auto"/>
            </w:pPr>
          </w:p>
        </w:tc>
      </w:tr>
      <w:tr w:rsidR="00CF25F4" w14:paraId="5987ED8A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04229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6F523" w14:textId="77777777" w:rsidR="00CF25F4" w:rsidRDefault="00CF25F4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71C2D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0C9BC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CF25F4" w14:paraId="677CBC5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0A278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5BF8A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20B32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42C84" w14:textId="77777777" w:rsidR="00CF25F4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375311BB" w14:textId="77777777" w:rsidR="00CF25F4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39"/>
          <w:footerReference w:type="default" r:id="rId40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2F340305" w14:textId="4BADA1D3" w:rsidR="004A154A" w:rsidRDefault="00ED1AA4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Ballenbaden</w:t>
      </w:r>
      <w:proofErr w:type="spellEnd"/>
    </w:p>
    <w:p w14:paraId="7964B081" w14:textId="77777777" w:rsidR="004A154A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4A154A" w14:paraId="351A7500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2EF7" w14:textId="77777777" w:rsidR="004A154A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41BCF677" w14:textId="77777777" w:rsidR="00D612E3" w:rsidRDefault="00000000" w:rsidP="00D612E3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57EC7E0F" w14:textId="11032C08" w:rsidR="004A154A" w:rsidRDefault="00000000" w:rsidP="00D612E3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A154A" w14:paraId="0A52A972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CF804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380E0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3FFE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5CCAF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2FFE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F43A4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A154A" w14:paraId="39FCEBE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B3D1B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3E6C0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81CD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7586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860D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7A25F" w14:textId="77777777" w:rsidR="004A154A" w:rsidRDefault="004A154A">
            <w:pPr>
              <w:spacing w:after="0" w:line="240" w:lineRule="auto"/>
            </w:pPr>
          </w:p>
        </w:tc>
      </w:tr>
      <w:tr w:rsidR="004A154A" w14:paraId="743ED05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F3E600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B4DFD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BC16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71B6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324D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957ED" w14:textId="77777777" w:rsidR="004A154A" w:rsidRDefault="004A154A">
            <w:pPr>
              <w:spacing w:after="0" w:line="240" w:lineRule="auto"/>
            </w:pPr>
          </w:p>
        </w:tc>
      </w:tr>
      <w:tr w:rsidR="004A154A" w14:paraId="4EBC8CC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AE6F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B0093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1CA63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E20A3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703E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D83F8" w14:textId="77777777" w:rsidR="004A154A" w:rsidRDefault="004A154A">
            <w:pPr>
              <w:spacing w:after="0" w:line="240" w:lineRule="auto"/>
            </w:pPr>
          </w:p>
        </w:tc>
      </w:tr>
      <w:tr w:rsidR="004A154A" w14:paraId="5725F98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14CF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1783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CC3F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45F41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182F3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97C65" w14:textId="77777777" w:rsidR="004A154A" w:rsidRDefault="004A154A">
            <w:pPr>
              <w:spacing w:after="0" w:line="240" w:lineRule="auto"/>
            </w:pPr>
          </w:p>
        </w:tc>
      </w:tr>
      <w:tr w:rsidR="004A154A" w14:paraId="2471BFF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334F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2ED86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EFDB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7BBED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175A0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A3EA3" w14:textId="77777777" w:rsidR="004A154A" w:rsidRDefault="004A154A">
            <w:pPr>
              <w:spacing w:after="0" w:line="240" w:lineRule="auto"/>
            </w:pPr>
          </w:p>
        </w:tc>
      </w:tr>
      <w:tr w:rsidR="004A154A" w14:paraId="6AD61C0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D5A64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18000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85963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A1F8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9565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21395" w14:textId="77777777" w:rsidR="004A154A" w:rsidRDefault="004A154A">
            <w:pPr>
              <w:spacing w:after="0" w:line="240" w:lineRule="auto"/>
            </w:pPr>
          </w:p>
        </w:tc>
      </w:tr>
      <w:tr w:rsidR="004A154A" w14:paraId="71B9EC8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D739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8FD5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AD78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A49D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00FC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B22FC" w14:textId="77777777" w:rsidR="004A154A" w:rsidRDefault="004A154A">
            <w:pPr>
              <w:spacing w:after="0" w:line="240" w:lineRule="auto"/>
            </w:pPr>
          </w:p>
        </w:tc>
      </w:tr>
      <w:tr w:rsidR="004A154A" w14:paraId="628E569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3956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6E688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6DB0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C88E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D1A6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BA1E4" w14:textId="77777777" w:rsidR="004A154A" w:rsidRDefault="004A154A">
            <w:pPr>
              <w:spacing w:after="0" w:line="240" w:lineRule="auto"/>
            </w:pPr>
          </w:p>
        </w:tc>
      </w:tr>
      <w:tr w:rsidR="004A154A" w14:paraId="23D19E1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C902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33C4D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D33C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8696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F936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F6456A" w14:textId="77777777" w:rsidR="004A154A" w:rsidRDefault="004A154A">
            <w:pPr>
              <w:spacing w:after="0" w:line="240" w:lineRule="auto"/>
            </w:pPr>
          </w:p>
        </w:tc>
      </w:tr>
      <w:tr w:rsidR="004A154A" w14:paraId="75AD926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9D29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017BBE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5166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8E99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6624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62E5D" w14:textId="77777777" w:rsidR="004A154A" w:rsidRDefault="004A154A">
            <w:pPr>
              <w:spacing w:after="0" w:line="240" w:lineRule="auto"/>
            </w:pPr>
          </w:p>
        </w:tc>
      </w:tr>
      <w:tr w:rsidR="004A154A" w14:paraId="5C52D42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76E5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0B42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B3C7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C73D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485D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FBD03" w14:textId="77777777" w:rsidR="004A154A" w:rsidRDefault="004A154A">
            <w:pPr>
              <w:spacing w:after="0" w:line="240" w:lineRule="auto"/>
            </w:pPr>
          </w:p>
        </w:tc>
      </w:tr>
      <w:tr w:rsidR="004A154A" w14:paraId="5097E1B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1177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DCE0D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6ADC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66CA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36B7B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F3097" w14:textId="77777777" w:rsidR="004A154A" w:rsidRDefault="004A154A">
            <w:pPr>
              <w:spacing w:after="0" w:line="240" w:lineRule="auto"/>
            </w:pPr>
          </w:p>
        </w:tc>
      </w:tr>
      <w:tr w:rsidR="004A154A" w14:paraId="0A1B249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A8FD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D99C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048D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6739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E00E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5D14D" w14:textId="77777777" w:rsidR="004A154A" w:rsidRDefault="004A154A">
            <w:pPr>
              <w:spacing w:after="0" w:line="240" w:lineRule="auto"/>
            </w:pPr>
          </w:p>
        </w:tc>
      </w:tr>
    </w:tbl>
    <w:p w14:paraId="4E581989" w14:textId="77777777" w:rsidR="004A154A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Ballenbaden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A154A" w14:paraId="779E7A84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884B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77808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49CC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052C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4116D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D75D6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A154A" w14:paraId="3E54B45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F09C0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5BE87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bodem vormt een doorlopend vlak en biedt voldoende valdemping.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B083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761F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6838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14F87" w14:textId="77777777" w:rsidR="004A154A" w:rsidRDefault="004A154A">
            <w:pPr>
              <w:spacing w:after="0" w:line="240" w:lineRule="auto"/>
            </w:pPr>
          </w:p>
        </w:tc>
      </w:tr>
      <w:tr w:rsidR="004A154A" w14:paraId="3FE4543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6BC8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CB61DA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laag ballen is maximaal 450 mm diep voor kinderen tot 36 maanden.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5EE1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BD8F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FA28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AAEE6" w14:textId="77777777" w:rsidR="004A154A" w:rsidRDefault="004A154A">
            <w:pPr>
              <w:spacing w:after="0" w:line="240" w:lineRule="auto"/>
            </w:pPr>
          </w:p>
        </w:tc>
      </w:tr>
      <w:tr w:rsidR="004A154A" w14:paraId="3D71696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FB7B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6E8D9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laag ballen is maximaal 600 mm diep voor oudere kinderen.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FCE1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1E23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FD84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91181" w14:textId="77777777" w:rsidR="004A154A" w:rsidRDefault="004A154A">
            <w:pPr>
              <w:spacing w:after="0" w:line="240" w:lineRule="auto"/>
            </w:pPr>
          </w:p>
        </w:tc>
      </w:tr>
      <w:tr w:rsidR="004A154A" w14:paraId="35BDDC1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5E26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B2332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kunststof ballen hebben een diameter van minimaal 70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1FB3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F8D2D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17DE8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09917" w14:textId="77777777" w:rsidR="004A154A" w:rsidRDefault="004A154A">
            <w:pPr>
              <w:spacing w:after="0" w:line="240" w:lineRule="auto"/>
            </w:pPr>
          </w:p>
        </w:tc>
      </w:tr>
      <w:tr w:rsidR="004A154A" w14:paraId="05D825B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195A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62690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Zijkanten, hoeken, naden en zachte bekleding zijn heel en veroorzaken geen beknelling of scherpe 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263C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B116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862A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D9BA0" w14:textId="77777777" w:rsidR="004A154A" w:rsidRDefault="004A154A">
            <w:pPr>
              <w:spacing w:after="0" w:line="240" w:lineRule="auto"/>
            </w:pPr>
          </w:p>
        </w:tc>
      </w:tr>
      <w:tr w:rsidR="004A154A" w14:paraId="6B3942D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C8A9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EA9C3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In- en uitgangen zijn vrij, herkenbaar, veilig bereikbaar en niet geblokkeerd.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379E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95C0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B633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9E815" w14:textId="77777777" w:rsidR="004A154A" w:rsidRDefault="004A154A">
            <w:pPr>
              <w:spacing w:after="0" w:line="240" w:lineRule="auto"/>
            </w:pPr>
          </w:p>
        </w:tc>
      </w:tr>
      <w:tr w:rsidR="004A154A" w14:paraId="18E5310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5604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B9CDF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reiniging van ballen, bodem en randen wordt volgens het beheerplan uitgevoerd en geregistreerd.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DF45F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4C6CB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B0AE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DF964" w14:textId="77777777" w:rsidR="004A154A" w:rsidRDefault="004A154A">
            <w:pPr>
              <w:spacing w:after="0" w:line="240" w:lineRule="auto"/>
            </w:pPr>
          </w:p>
        </w:tc>
      </w:tr>
      <w:tr w:rsidR="004A154A" w14:paraId="4B12DEC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64F6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1F4CB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Kapotte, ingedeukte, gescheurde of sterk vervuilde ballen zijn verwijderd.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8F4AC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F5E0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6E97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75989" w14:textId="77777777" w:rsidR="004A154A" w:rsidRDefault="004A154A">
            <w:pPr>
              <w:spacing w:after="0" w:line="240" w:lineRule="auto"/>
            </w:pPr>
          </w:p>
        </w:tc>
      </w:tr>
      <w:tr w:rsidR="004A154A" w14:paraId="36BA1B2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90B1A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BAEA0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bevinden zich geen harde voorwerpen, afval of andere obstakels tussen de ballen.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70339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3660B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E80A5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A332C" w14:textId="77777777" w:rsidR="004A154A" w:rsidRDefault="004A154A">
            <w:pPr>
              <w:spacing w:after="0" w:line="240" w:lineRule="auto"/>
            </w:pPr>
          </w:p>
        </w:tc>
      </w:tr>
      <w:tr w:rsidR="004A154A" w14:paraId="3986127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00D1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32378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gebruik als glijbaanuitloop is het ballenbad gescheiden van het gewone speelgedeelte.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46C9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E6A6F6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FF77E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68B98" w14:textId="77777777" w:rsidR="004A154A" w:rsidRDefault="004A154A">
            <w:pPr>
              <w:spacing w:after="0" w:line="240" w:lineRule="auto"/>
            </w:pPr>
          </w:p>
        </w:tc>
      </w:tr>
      <w:tr w:rsidR="004A154A" w14:paraId="52402C8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06887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6ED7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gebruik als glijbaanuitloop is het bad goed zichtbaar vanaf de toezichtplek, maximaal 400 mm diep en minimaal 2.000 mm lang.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FDF32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23E2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758D4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77DC1" w14:textId="77777777" w:rsidR="004A154A" w:rsidRDefault="004A154A">
            <w:pPr>
              <w:spacing w:after="0" w:line="240" w:lineRule="auto"/>
            </w:pPr>
          </w:p>
        </w:tc>
      </w:tr>
      <w:tr w:rsidR="004A154A" w14:paraId="0842C41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A1C74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251F3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gebruik als glijbaanuitloop is het bad vrij van obstakels en voorzien van een geschikte valdempende bodem.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EBFE1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3FB18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C4B82F" w14:textId="77777777" w:rsidR="004A154A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AD5A5" w14:textId="77777777" w:rsidR="004A154A" w:rsidRDefault="004A154A">
            <w:pPr>
              <w:spacing w:after="0" w:line="240" w:lineRule="auto"/>
            </w:pPr>
          </w:p>
        </w:tc>
      </w:tr>
    </w:tbl>
    <w:p w14:paraId="04690265" w14:textId="77777777" w:rsidR="004A154A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4A154A" w14:paraId="072AE9CC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D88F9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C9FB6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7C822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590FA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78B6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4A154A" w14:paraId="2070AC1C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7FD9F" w14:textId="77777777" w:rsidR="004A154A" w:rsidRDefault="004A154A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96D52" w14:textId="77777777" w:rsidR="004A154A" w:rsidRDefault="004A154A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38AE1" w14:textId="77777777" w:rsidR="004A154A" w:rsidRDefault="004A154A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39409" w14:textId="77777777" w:rsidR="004A154A" w:rsidRDefault="004A154A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2DCE2" w14:textId="77777777" w:rsidR="004A154A" w:rsidRDefault="004A154A">
            <w:pPr>
              <w:spacing w:after="0" w:line="240" w:lineRule="auto"/>
            </w:pPr>
          </w:p>
        </w:tc>
      </w:tr>
      <w:tr w:rsidR="004A154A" w14:paraId="6A581581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77821" w14:textId="77777777" w:rsidR="004A154A" w:rsidRDefault="004A154A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8482D" w14:textId="77777777" w:rsidR="004A154A" w:rsidRDefault="004A154A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5DD69" w14:textId="77777777" w:rsidR="004A154A" w:rsidRDefault="004A154A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BD0BF" w14:textId="77777777" w:rsidR="004A154A" w:rsidRDefault="004A154A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413CB" w14:textId="77777777" w:rsidR="004A154A" w:rsidRDefault="004A154A">
            <w:pPr>
              <w:spacing w:after="0" w:line="240" w:lineRule="auto"/>
            </w:pPr>
          </w:p>
        </w:tc>
      </w:tr>
      <w:tr w:rsidR="004A154A" w14:paraId="4FA01352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DEFFF" w14:textId="77777777" w:rsidR="004A154A" w:rsidRDefault="004A154A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CE652" w14:textId="77777777" w:rsidR="004A154A" w:rsidRDefault="004A154A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CCC15" w14:textId="77777777" w:rsidR="004A154A" w:rsidRDefault="004A154A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DF182" w14:textId="77777777" w:rsidR="004A154A" w:rsidRDefault="004A154A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6E4B0" w14:textId="77777777" w:rsidR="004A154A" w:rsidRDefault="004A154A">
            <w:pPr>
              <w:spacing w:after="0" w:line="240" w:lineRule="auto"/>
            </w:pPr>
          </w:p>
        </w:tc>
      </w:tr>
    </w:tbl>
    <w:p w14:paraId="4B121365" w14:textId="77777777" w:rsidR="004A154A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0F7EE508" w14:textId="77777777" w:rsidR="004A154A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4A154A" w14:paraId="3B59B41E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5277F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8E078" w14:textId="77777777" w:rsidR="004A154A" w:rsidRDefault="004A154A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8314F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89C1C" w14:textId="77777777" w:rsidR="004A154A" w:rsidRDefault="004A154A">
            <w:pPr>
              <w:spacing w:after="0" w:line="240" w:lineRule="auto"/>
            </w:pPr>
          </w:p>
        </w:tc>
      </w:tr>
      <w:tr w:rsidR="004A154A" w14:paraId="4118568A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FA37C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FBBEB" w14:textId="77777777" w:rsidR="004A154A" w:rsidRDefault="004A154A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8E131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3DED5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4A154A" w14:paraId="198435A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CB8B5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6EA05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C9BBC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F2D93" w14:textId="77777777" w:rsidR="004A154A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000BD617" w14:textId="77777777" w:rsidR="004A154A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41"/>
          <w:footerReference w:type="default" r:id="rId42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1EC42A33" w14:textId="4CE75EB0" w:rsidR="006238E2" w:rsidRDefault="00AB16D9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395A2A">
        <w:rPr>
          <w:rFonts w:ascii="Arial" w:eastAsia="Arial" w:hAnsi="Arial"/>
          <w:color w:val="000000"/>
        </w:rPr>
        <w:t xml:space="preserve"> Vrije-</w:t>
      </w:r>
      <w:proofErr w:type="spellStart"/>
      <w:r w:rsidR="00395A2A">
        <w:rPr>
          <w:rFonts w:ascii="Arial" w:eastAsia="Arial" w:hAnsi="Arial"/>
          <w:color w:val="000000"/>
        </w:rPr>
        <w:t>valglijbanen</w:t>
      </w:r>
      <w:proofErr w:type="spellEnd"/>
    </w:p>
    <w:p w14:paraId="6693B247" w14:textId="77777777" w:rsidR="006238E2" w:rsidRDefault="00395A2A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238E2" w14:paraId="5548393C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B4022" w14:textId="77777777" w:rsidR="006238E2" w:rsidRDefault="00395A2A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73CC34E4" w14:textId="77777777" w:rsidR="00AB16D9" w:rsidRDefault="00395A2A" w:rsidP="00AB16D9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3D263061" w14:textId="6D58694A" w:rsidR="006238E2" w:rsidRDefault="00395A2A" w:rsidP="00AB16D9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6238E2" w14:paraId="51BE54D3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1ACB2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</w:t>
            </w:r>
            <w:r>
              <w:rPr>
                <w:rFonts w:eastAsia="Arial"/>
                <w:b/>
                <w:sz w:val="15"/>
              </w:rPr>
              <w:t>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FC5A6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E332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DC57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E80E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45A6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6238E2" w14:paraId="57C2898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91047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21D4D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B04F1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94FA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21CD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9A6D7" w14:textId="77777777" w:rsidR="006238E2" w:rsidRDefault="006238E2">
            <w:pPr>
              <w:spacing w:after="0" w:line="240" w:lineRule="auto"/>
            </w:pPr>
          </w:p>
        </w:tc>
      </w:tr>
      <w:tr w:rsidR="006238E2" w14:paraId="7E79AA1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2F0C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7D1D34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60BD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1EB11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38D1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99C9B" w14:textId="77777777" w:rsidR="006238E2" w:rsidRDefault="006238E2">
            <w:pPr>
              <w:spacing w:after="0" w:line="240" w:lineRule="auto"/>
            </w:pPr>
          </w:p>
        </w:tc>
      </w:tr>
      <w:tr w:rsidR="006238E2" w14:paraId="4138133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02980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C4DCDA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990B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12213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1E9B0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EFE8C" w14:textId="77777777" w:rsidR="006238E2" w:rsidRDefault="006238E2">
            <w:pPr>
              <w:spacing w:after="0" w:line="240" w:lineRule="auto"/>
            </w:pPr>
          </w:p>
        </w:tc>
      </w:tr>
      <w:tr w:rsidR="006238E2" w14:paraId="36280EC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5A3A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34D5A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B44D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BFEE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FFE1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30449" w14:textId="77777777" w:rsidR="006238E2" w:rsidRDefault="006238E2">
            <w:pPr>
              <w:spacing w:after="0" w:line="240" w:lineRule="auto"/>
            </w:pPr>
          </w:p>
        </w:tc>
      </w:tr>
      <w:tr w:rsidR="006238E2" w14:paraId="7099C0C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BD337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2C689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762A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0047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94A9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F3D27" w14:textId="77777777" w:rsidR="006238E2" w:rsidRDefault="006238E2">
            <w:pPr>
              <w:spacing w:after="0" w:line="240" w:lineRule="auto"/>
            </w:pPr>
          </w:p>
        </w:tc>
      </w:tr>
      <w:tr w:rsidR="006238E2" w14:paraId="2CCE80B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59AA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B35B7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86BA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7762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DC010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E21AB" w14:textId="77777777" w:rsidR="006238E2" w:rsidRDefault="006238E2">
            <w:pPr>
              <w:spacing w:after="0" w:line="240" w:lineRule="auto"/>
            </w:pPr>
          </w:p>
        </w:tc>
      </w:tr>
      <w:tr w:rsidR="006238E2" w14:paraId="24A0F2D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C3C3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F57D0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878C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DC58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EC40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3E690" w14:textId="77777777" w:rsidR="006238E2" w:rsidRDefault="006238E2">
            <w:pPr>
              <w:spacing w:after="0" w:line="240" w:lineRule="auto"/>
            </w:pPr>
          </w:p>
        </w:tc>
      </w:tr>
      <w:tr w:rsidR="006238E2" w14:paraId="7FDD232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1C5E0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1080D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EC738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D89C8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BA0B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144E8" w14:textId="77777777" w:rsidR="006238E2" w:rsidRDefault="006238E2">
            <w:pPr>
              <w:spacing w:after="0" w:line="240" w:lineRule="auto"/>
            </w:pPr>
          </w:p>
        </w:tc>
      </w:tr>
      <w:tr w:rsidR="006238E2" w14:paraId="252D307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9F20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6A7C5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F175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0531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00F9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3E2B5" w14:textId="77777777" w:rsidR="006238E2" w:rsidRDefault="006238E2">
            <w:pPr>
              <w:spacing w:after="0" w:line="240" w:lineRule="auto"/>
            </w:pPr>
          </w:p>
        </w:tc>
      </w:tr>
      <w:tr w:rsidR="006238E2" w14:paraId="5641C04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82E1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D6720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9FBA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75AD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557B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26D8E" w14:textId="77777777" w:rsidR="006238E2" w:rsidRDefault="006238E2">
            <w:pPr>
              <w:spacing w:after="0" w:line="240" w:lineRule="auto"/>
            </w:pPr>
          </w:p>
        </w:tc>
      </w:tr>
      <w:tr w:rsidR="006238E2" w14:paraId="4022CB6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9EF2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9A8ED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2778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0FB78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BFA9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A58F0" w14:textId="77777777" w:rsidR="006238E2" w:rsidRDefault="006238E2">
            <w:pPr>
              <w:spacing w:after="0" w:line="240" w:lineRule="auto"/>
            </w:pPr>
          </w:p>
        </w:tc>
      </w:tr>
      <w:tr w:rsidR="006238E2" w14:paraId="5D49718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2DF1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4CAD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7A73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172A3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B917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95EE0" w14:textId="77777777" w:rsidR="006238E2" w:rsidRDefault="006238E2">
            <w:pPr>
              <w:spacing w:after="0" w:line="240" w:lineRule="auto"/>
            </w:pPr>
          </w:p>
        </w:tc>
      </w:tr>
      <w:tr w:rsidR="006238E2" w14:paraId="1862557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94D35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D344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C83E7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D208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53B7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486547" w14:textId="77777777" w:rsidR="006238E2" w:rsidRDefault="006238E2">
            <w:pPr>
              <w:spacing w:after="0" w:line="240" w:lineRule="auto"/>
            </w:pPr>
          </w:p>
        </w:tc>
      </w:tr>
    </w:tbl>
    <w:p w14:paraId="0F74CB9C" w14:textId="77777777" w:rsidR="006238E2" w:rsidRDefault="00395A2A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Vrije-valglijbanen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6238E2" w14:paraId="067D7096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3E74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D67B1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3FA84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2851E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A48F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EA504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6238E2" w14:paraId="52B753F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4CDB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480D4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startsectie is horizontaal en minimaal 1.000 mm lang.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F2A5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75571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5BF1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0DCE6" w14:textId="77777777" w:rsidR="006238E2" w:rsidRDefault="006238E2">
            <w:pPr>
              <w:spacing w:after="0" w:line="240" w:lineRule="auto"/>
            </w:pPr>
          </w:p>
        </w:tc>
      </w:tr>
      <w:tr w:rsidR="006238E2" w14:paraId="04A81E8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C566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CD345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startsectie is gescheiden van looproutes en ongewenste kruisingen.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1A39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E4B3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8B0B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0ECC5" w14:textId="77777777" w:rsidR="006238E2" w:rsidRDefault="006238E2">
            <w:pPr>
              <w:spacing w:after="0" w:line="240" w:lineRule="auto"/>
            </w:pPr>
          </w:p>
        </w:tc>
      </w:tr>
      <w:tr w:rsidR="006238E2" w14:paraId="6616CB7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9080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5B13C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startsectie kan worden afgesloten wanneer er geen toezicht aanwezig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D299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10A5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6F4A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940F2B" w14:textId="77777777" w:rsidR="006238E2" w:rsidRDefault="006238E2">
            <w:pPr>
              <w:spacing w:after="0" w:line="240" w:lineRule="auto"/>
            </w:pPr>
          </w:p>
        </w:tc>
      </w:tr>
      <w:tr w:rsidR="006238E2" w14:paraId="643BBFB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9B00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32E80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overgangsradius tussen startsectie en steil glijgedeelte bedraagt minimaal 100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BA72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9A93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E69F8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41CA5" w14:textId="77777777" w:rsidR="006238E2" w:rsidRDefault="006238E2">
            <w:pPr>
              <w:spacing w:after="0" w:line="240" w:lineRule="auto"/>
            </w:pPr>
          </w:p>
        </w:tc>
      </w:tr>
      <w:tr w:rsidR="006238E2" w14:paraId="23F5F3E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64D75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65F04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Aan beide zijden zijn over de vereiste lengte gesloten, voldoende hoge randen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7EA4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4819D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D1E41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E82A0" w14:textId="77777777" w:rsidR="006238E2" w:rsidRDefault="006238E2">
            <w:pPr>
              <w:spacing w:after="0" w:line="240" w:lineRule="auto"/>
            </w:pPr>
          </w:p>
        </w:tc>
      </w:tr>
      <w:tr w:rsidR="006238E2" w14:paraId="3C9F7A6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A3B6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5ECDC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hoogte tot 2.000 mm bedraagt de randhoogte minimaal 500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C72D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F51F0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7533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0DF9D" w14:textId="77777777" w:rsidR="006238E2" w:rsidRDefault="006238E2">
            <w:pPr>
              <w:spacing w:after="0" w:line="240" w:lineRule="auto"/>
            </w:pPr>
          </w:p>
        </w:tc>
      </w:tr>
      <w:tr w:rsidR="006238E2" w14:paraId="1446B09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8931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0D8D7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hoogte boven 2.000 mm bedraagt de randhoogte minimaal 750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B7C0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132A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09637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FB7B0" w14:textId="77777777" w:rsidR="006238E2" w:rsidRDefault="006238E2">
            <w:pPr>
              <w:spacing w:after="0" w:line="240" w:lineRule="auto"/>
            </w:pPr>
          </w:p>
        </w:tc>
      </w:tr>
      <w:tr w:rsidR="006238E2" w14:paraId="33396E6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10F3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13E3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steile glijgedeelte blijft minimaal 15 graden uit de verticale lijn.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DB03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DB95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D3C5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1A73C" w14:textId="77777777" w:rsidR="006238E2" w:rsidRDefault="006238E2">
            <w:pPr>
              <w:spacing w:after="0" w:line="240" w:lineRule="auto"/>
            </w:pPr>
          </w:p>
        </w:tc>
      </w:tr>
      <w:tr w:rsidR="006238E2" w14:paraId="0EEFD08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D5BCE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7C760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steile sectie, bocht en horizontale uitloop sluiten glad op elkaar aan en vertonen geen naden of scherpe overgangen.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88A0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4652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9092B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19075" w14:textId="77777777" w:rsidR="006238E2" w:rsidRDefault="006238E2">
            <w:pPr>
              <w:spacing w:after="0" w:line="240" w:lineRule="auto"/>
            </w:pPr>
          </w:p>
        </w:tc>
      </w:tr>
      <w:tr w:rsidR="006238E2" w14:paraId="79502EA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0178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33DE7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snelheid op de uitloop bedraagt maximaal 5 m/s, voor zover dit door meting of documentatie moet worden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AB909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95A3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803C5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57115" w14:textId="77777777" w:rsidR="006238E2" w:rsidRDefault="006238E2">
            <w:pPr>
              <w:spacing w:after="0" w:line="240" w:lineRule="auto"/>
            </w:pPr>
          </w:p>
        </w:tc>
      </w:tr>
      <w:tr w:rsidR="006238E2" w14:paraId="5B07AD2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9EE5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A6D2E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uitloop remt de gebruiker beheerst af en de opvangzone voldoet aan de algemene eisen.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B602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51F06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3F514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E008B" w14:textId="77777777" w:rsidR="006238E2" w:rsidRDefault="006238E2">
            <w:pPr>
              <w:spacing w:after="0" w:line="240" w:lineRule="auto"/>
            </w:pPr>
          </w:p>
        </w:tc>
      </w:tr>
      <w:tr w:rsidR="006238E2" w14:paraId="706335B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9ECFC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54E25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Wanneer de gebruiker vóór het einde van de uitloop stilstaat, is achter de uitloop minimaal 1.000 mm vrije ruimte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3D00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0C702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F541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AEC2C" w14:textId="77777777" w:rsidR="006238E2" w:rsidRDefault="006238E2">
            <w:pPr>
              <w:spacing w:after="0" w:line="240" w:lineRule="auto"/>
            </w:pPr>
          </w:p>
        </w:tc>
      </w:tr>
      <w:tr w:rsidR="006238E2" w14:paraId="738B3C8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F9BBF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6BD23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afsluiting en het toezicht voorkomen gelijktijdig of ongecontroleerd gebruik.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2BDE3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B5C98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C16BA" w14:textId="77777777" w:rsidR="006238E2" w:rsidRDefault="00395A2A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09970" w14:textId="77777777" w:rsidR="006238E2" w:rsidRDefault="006238E2">
            <w:pPr>
              <w:spacing w:after="0" w:line="240" w:lineRule="auto"/>
            </w:pPr>
          </w:p>
        </w:tc>
      </w:tr>
    </w:tbl>
    <w:p w14:paraId="3F9E9F0D" w14:textId="77777777" w:rsidR="006238E2" w:rsidRDefault="00395A2A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6238E2" w14:paraId="1A7EE93D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8879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7A6B1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2BC86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753EC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B4626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6238E2" w14:paraId="51081788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67CF0" w14:textId="77777777" w:rsidR="006238E2" w:rsidRDefault="006238E2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3CA60" w14:textId="77777777" w:rsidR="006238E2" w:rsidRDefault="006238E2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7676B" w14:textId="77777777" w:rsidR="006238E2" w:rsidRDefault="006238E2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74399" w14:textId="77777777" w:rsidR="006238E2" w:rsidRDefault="006238E2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9023F" w14:textId="77777777" w:rsidR="006238E2" w:rsidRDefault="006238E2">
            <w:pPr>
              <w:spacing w:after="0" w:line="240" w:lineRule="auto"/>
            </w:pPr>
          </w:p>
        </w:tc>
      </w:tr>
      <w:tr w:rsidR="006238E2" w14:paraId="736D052D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BA4C8" w14:textId="77777777" w:rsidR="006238E2" w:rsidRDefault="006238E2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D6779" w14:textId="77777777" w:rsidR="006238E2" w:rsidRDefault="006238E2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74622" w14:textId="77777777" w:rsidR="006238E2" w:rsidRDefault="006238E2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A2A2A" w14:textId="77777777" w:rsidR="006238E2" w:rsidRDefault="006238E2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086B8" w14:textId="77777777" w:rsidR="006238E2" w:rsidRDefault="006238E2">
            <w:pPr>
              <w:spacing w:after="0" w:line="240" w:lineRule="auto"/>
            </w:pPr>
          </w:p>
        </w:tc>
      </w:tr>
      <w:tr w:rsidR="006238E2" w14:paraId="72713E5F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C825D" w14:textId="77777777" w:rsidR="006238E2" w:rsidRDefault="006238E2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1FCBB" w14:textId="77777777" w:rsidR="006238E2" w:rsidRDefault="006238E2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96EB2" w14:textId="77777777" w:rsidR="006238E2" w:rsidRDefault="006238E2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8778F" w14:textId="77777777" w:rsidR="006238E2" w:rsidRDefault="006238E2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F7B12" w14:textId="77777777" w:rsidR="006238E2" w:rsidRDefault="006238E2">
            <w:pPr>
              <w:spacing w:after="0" w:line="240" w:lineRule="auto"/>
            </w:pPr>
          </w:p>
        </w:tc>
      </w:tr>
    </w:tbl>
    <w:p w14:paraId="7D72C4BC" w14:textId="77777777" w:rsidR="006238E2" w:rsidRDefault="00395A2A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36F254A9" w14:textId="77777777" w:rsidR="006238E2" w:rsidRDefault="00395A2A">
      <w:pPr>
        <w:spacing w:after="100" w:line="240" w:lineRule="auto"/>
      </w:pPr>
      <w:r>
        <w:rPr>
          <w:rFonts w:eastAsia="Arial"/>
          <w:b/>
          <w:sz w:val="17"/>
        </w:rPr>
        <w:t>☐</w:t>
      </w:r>
      <w:r>
        <w:rPr>
          <w:rFonts w:eastAsia="Arial"/>
          <w:b/>
          <w:sz w:val="17"/>
        </w:rPr>
        <w:t xml:space="preserve">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6238E2" w14:paraId="2920D7A8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6B4A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E5685" w14:textId="77777777" w:rsidR="006238E2" w:rsidRDefault="006238E2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A07F4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FFB1A" w14:textId="77777777" w:rsidR="006238E2" w:rsidRDefault="006238E2">
            <w:pPr>
              <w:spacing w:after="0" w:line="240" w:lineRule="auto"/>
            </w:pPr>
          </w:p>
        </w:tc>
      </w:tr>
      <w:tr w:rsidR="006238E2" w14:paraId="2417A6B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E1F3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19E37" w14:textId="77777777" w:rsidR="006238E2" w:rsidRDefault="006238E2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F4DDD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B05BA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  <w:tr w:rsidR="006238E2" w14:paraId="3428FED9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43EEF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F18FD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E644C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A8EE7" w14:textId="77777777" w:rsidR="006238E2" w:rsidRDefault="00395A2A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</w:tbl>
    <w:p w14:paraId="23C596E3" w14:textId="77777777" w:rsidR="006238E2" w:rsidRDefault="00395A2A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43"/>
          <w:footerReference w:type="default" r:id="rId44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325B47A2" w14:textId="7CB9305B" w:rsidR="00D50AFE" w:rsidRDefault="00CF35C1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6B315E">
        <w:rPr>
          <w:rFonts w:ascii="Arial" w:eastAsia="Arial" w:hAnsi="Arial"/>
          <w:color w:val="000000"/>
        </w:rPr>
        <w:t xml:space="preserve"> Railbanen en monorails</w:t>
      </w:r>
    </w:p>
    <w:p w14:paraId="72D7E133" w14:textId="77777777" w:rsidR="00D50AFE" w:rsidRDefault="006B315E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50AFE" w14:paraId="69EB5F27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74914" w14:textId="77777777" w:rsidR="00D50AFE" w:rsidRDefault="006B315E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667BE80A" w14:textId="77777777" w:rsidR="00CF35C1" w:rsidRDefault="006B315E" w:rsidP="00CF35C1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r>
        <w:rPr>
          <w:rFonts w:ascii="Arial" w:eastAsia="Arial" w:hAnsi="Arial"/>
          <w:color w:val="000000"/>
          <w:sz w:val="27"/>
        </w:rPr>
        <w:t>Inspectiegegevens</w:t>
      </w:r>
    </w:p>
    <w:p w14:paraId="546A70A9" w14:textId="65897C8C" w:rsidR="00D50AFE" w:rsidRDefault="006B315E" w:rsidP="00CF35C1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A. Algemene controlepunten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50AFE" w14:paraId="148D71F0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0E46E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</w:t>
            </w:r>
            <w:r>
              <w:rPr>
                <w:rFonts w:eastAsia="Arial"/>
                <w:b/>
                <w:sz w:val="15"/>
              </w:rPr>
              <w:t>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80C0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3427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A813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4CD41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1EC93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50AFE" w14:paraId="3EF648D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8AFF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2B3C1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6A89C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F5D0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0FF8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8C9E5" w14:textId="77777777" w:rsidR="00D50AFE" w:rsidRDefault="00D50AFE">
            <w:pPr>
              <w:spacing w:after="0" w:line="240" w:lineRule="auto"/>
            </w:pPr>
          </w:p>
        </w:tc>
      </w:tr>
      <w:tr w:rsidR="00D50AFE" w14:paraId="6EAF6DE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48DC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F33C8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22D24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7B5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BB55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7BB0C" w14:textId="77777777" w:rsidR="00D50AFE" w:rsidRDefault="00D50AFE">
            <w:pPr>
              <w:spacing w:after="0" w:line="240" w:lineRule="auto"/>
            </w:pPr>
          </w:p>
        </w:tc>
      </w:tr>
      <w:tr w:rsidR="00D50AFE" w14:paraId="3DCC33F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95AF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39A35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FD359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BCCFC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3963E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7B94A" w14:textId="77777777" w:rsidR="00D50AFE" w:rsidRDefault="00D50AFE">
            <w:pPr>
              <w:spacing w:after="0" w:line="240" w:lineRule="auto"/>
            </w:pPr>
          </w:p>
        </w:tc>
      </w:tr>
      <w:tr w:rsidR="00D50AFE" w14:paraId="1E75B3F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2234E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1575B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106B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C61D8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2657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CA4A8" w14:textId="77777777" w:rsidR="00D50AFE" w:rsidRDefault="00D50AFE">
            <w:pPr>
              <w:spacing w:after="0" w:line="240" w:lineRule="auto"/>
            </w:pPr>
          </w:p>
        </w:tc>
      </w:tr>
      <w:tr w:rsidR="00D50AFE" w14:paraId="0463FBF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6235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75A56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216DE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14C5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BA71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6CBC3" w14:textId="77777777" w:rsidR="00D50AFE" w:rsidRDefault="00D50AFE">
            <w:pPr>
              <w:spacing w:after="0" w:line="240" w:lineRule="auto"/>
            </w:pPr>
          </w:p>
        </w:tc>
      </w:tr>
      <w:tr w:rsidR="00D50AFE" w14:paraId="1272CB7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50906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7CEB2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1604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964C1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119B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37C42" w14:textId="77777777" w:rsidR="00D50AFE" w:rsidRDefault="00D50AFE">
            <w:pPr>
              <w:spacing w:after="0" w:line="240" w:lineRule="auto"/>
            </w:pPr>
          </w:p>
        </w:tc>
      </w:tr>
      <w:tr w:rsidR="00D50AFE" w14:paraId="1E7B16D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465C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06891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85925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0AB7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E077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0110E" w14:textId="77777777" w:rsidR="00D50AFE" w:rsidRDefault="00D50AFE">
            <w:pPr>
              <w:spacing w:after="0" w:line="240" w:lineRule="auto"/>
            </w:pPr>
          </w:p>
        </w:tc>
      </w:tr>
      <w:tr w:rsidR="00D50AFE" w14:paraId="3B8DED3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8C86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D8A2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B1AB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BEE9E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DCFA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52D76" w14:textId="77777777" w:rsidR="00D50AFE" w:rsidRDefault="00D50AFE">
            <w:pPr>
              <w:spacing w:after="0" w:line="240" w:lineRule="auto"/>
            </w:pPr>
          </w:p>
        </w:tc>
      </w:tr>
      <w:tr w:rsidR="00D50AFE" w14:paraId="0428926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35A8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41827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F4B5C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AF54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1152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5BAB5" w14:textId="77777777" w:rsidR="00D50AFE" w:rsidRDefault="00D50AFE">
            <w:pPr>
              <w:spacing w:after="0" w:line="240" w:lineRule="auto"/>
            </w:pPr>
          </w:p>
        </w:tc>
      </w:tr>
      <w:tr w:rsidR="00D50AFE" w14:paraId="06EA00E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5AC2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90344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F3805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4FC5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29936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C7824" w14:textId="77777777" w:rsidR="00D50AFE" w:rsidRDefault="00D50AFE">
            <w:pPr>
              <w:spacing w:after="0" w:line="240" w:lineRule="auto"/>
            </w:pPr>
          </w:p>
        </w:tc>
      </w:tr>
      <w:tr w:rsidR="00D50AFE" w14:paraId="5A5058C6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07EB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94D08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CE1A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8C065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B9B38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298E99" w14:textId="77777777" w:rsidR="00D50AFE" w:rsidRDefault="00D50AFE">
            <w:pPr>
              <w:spacing w:after="0" w:line="240" w:lineRule="auto"/>
            </w:pPr>
          </w:p>
        </w:tc>
      </w:tr>
      <w:tr w:rsidR="00D50AFE" w14:paraId="63904A0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A91EC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CFD73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40224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2DEF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18DC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95E38" w14:textId="77777777" w:rsidR="00D50AFE" w:rsidRDefault="00D50AFE">
            <w:pPr>
              <w:spacing w:after="0" w:line="240" w:lineRule="auto"/>
            </w:pPr>
          </w:p>
        </w:tc>
      </w:tr>
      <w:tr w:rsidR="00D50AFE" w14:paraId="6120784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4FDE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C8CE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791C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9F665C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6E20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A74D2" w14:textId="77777777" w:rsidR="00D50AFE" w:rsidRDefault="00D50AFE">
            <w:pPr>
              <w:spacing w:after="0" w:line="240" w:lineRule="auto"/>
            </w:pPr>
          </w:p>
        </w:tc>
      </w:tr>
    </w:tbl>
    <w:p w14:paraId="35B3FDE9" w14:textId="77777777" w:rsidR="00D50AFE" w:rsidRDefault="006B315E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Railbanen en monorails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D50AFE" w14:paraId="3A1FEF51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0A89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F16820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46C58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D21D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825F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4A3E2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D50AFE" w14:paraId="021C66A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CC49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7E268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rail is recht of volgens ontwerp gevormd, stevig bevestigd en vrij van scheuren, vervorming, scherpe randen en overmatige slijtage.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9BF5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D8D4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274A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1EEA0" w14:textId="77777777" w:rsidR="00D50AFE" w:rsidRDefault="00D50AFE">
            <w:pPr>
              <w:spacing w:after="0" w:line="240" w:lineRule="auto"/>
            </w:pPr>
          </w:p>
        </w:tc>
      </w:tr>
      <w:tr w:rsidR="00D50AFE" w14:paraId="7931DD6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B48E0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766E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loopkat blijft onder alle gebruiksomstandigheden binnen de rail.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44BA16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3C0F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EE85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47AA5" w14:textId="77777777" w:rsidR="00D50AFE" w:rsidRDefault="00D50AFE">
            <w:pPr>
              <w:spacing w:after="0" w:line="240" w:lineRule="auto"/>
            </w:pPr>
          </w:p>
        </w:tc>
      </w:tr>
      <w:tr w:rsidR="00D50AFE" w14:paraId="49878FB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709D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04B26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loopkat, wielen en aansluitingen veroorzaken geen vingerbeknelling.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FE1C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625A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7F49A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8FE7A" w14:textId="77777777" w:rsidR="00D50AFE" w:rsidRDefault="00D50AFE">
            <w:pPr>
              <w:spacing w:after="0" w:line="240" w:lineRule="auto"/>
            </w:pPr>
          </w:p>
        </w:tc>
      </w:tr>
      <w:tr w:rsidR="00D50AFE" w14:paraId="1F66179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17A5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FE034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is maximaal één loopkat per baan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9215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15A4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134C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3829A" w14:textId="77777777" w:rsidR="00D50AFE" w:rsidRDefault="00D50AFE">
            <w:pPr>
              <w:spacing w:after="0" w:line="240" w:lineRule="auto"/>
            </w:pPr>
          </w:p>
        </w:tc>
      </w:tr>
      <w:tr w:rsidR="00D50AFE" w14:paraId="33DE909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437A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6D64E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Eindstoppers zijn energieabsorberend, deugdelijk bevestigd en niet versleten of 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85EB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6F11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BF24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B1983" w14:textId="77777777" w:rsidR="00D50AFE" w:rsidRDefault="00D50AFE">
            <w:pPr>
              <w:spacing w:after="0" w:line="240" w:lineRule="auto"/>
            </w:pPr>
          </w:p>
        </w:tc>
      </w:tr>
      <w:tr w:rsidR="00D50AFE" w14:paraId="3B8429A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5D5D5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3FD06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eindstopper bevindt zich op voldoende afstand van de achterafscheiding.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E9E3A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9091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F628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45380" w14:textId="77777777" w:rsidR="00D50AFE" w:rsidRDefault="00D50AFE">
            <w:pPr>
              <w:spacing w:after="0" w:line="240" w:lineRule="auto"/>
            </w:pPr>
          </w:p>
        </w:tc>
      </w:tr>
      <w:tr w:rsidR="00D50AFE" w14:paraId="583C926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E781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2837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Zitje of greep is heel en de verbinding met de loopkat is geborgd en niet overmatig versleten.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B50E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B05A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5CFA8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C4C01" w14:textId="77777777" w:rsidR="00D50AFE" w:rsidRDefault="00D50AFE">
            <w:pPr>
              <w:spacing w:after="0" w:line="240" w:lineRule="auto"/>
            </w:pPr>
          </w:p>
        </w:tc>
      </w:tr>
      <w:tr w:rsidR="00D50AFE" w14:paraId="5363DCF2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8B982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16606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zitje is zo uitgevoerd dat de gebruiker op ieder moment kan afstappen.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3DE0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A8BE4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56445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49EFC" w14:textId="77777777" w:rsidR="00D50AFE" w:rsidRDefault="00D50AFE">
            <w:pPr>
              <w:spacing w:after="0" w:line="240" w:lineRule="auto"/>
            </w:pPr>
          </w:p>
        </w:tc>
      </w:tr>
      <w:tr w:rsidR="00D50AFE" w14:paraId="30467BFA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020F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E1AB2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Zitjes in de vorm van lussen of hoepels zijn niet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2EC8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8533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DB8A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1BDAE" w14:textId="77777777" w:rsidR="00D50AFE" w:rsidRDefault="00D50AFE">
            <w:pPr>
              <w:spacing w:after="0" w:line="240" w:lineRule="auto"/>
            </w:pPr>
          </w:p>
        </w:tc>
      </w:tr>
      <w:tr w:rsidR="00D50AFE" w14:paraId="2A396E3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EEF6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30422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maximale snelheid bedraagt 7 m/s, voor zover dit door meting of documentatie moet worden vastgesteld.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24B4B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F45E6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97799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E09C4" w14:textId="77777777" w:rsidR="00D50AFE" w:rsidRDefault="00D50AFE">
            <w:pPr>
              <w:spacing w:after="0" w:line="240" w:lineRule="auto"/>
            </w:pPr>
          </w:p>
        </w:tc>
      </w:tr>
      <w:tr w:rsidR="00D50AFE" w14:paraId="79216288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6B8F4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25B95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Aan beide zijden van de baan is minimaal 1.220 mm vrije ruimte aanwezig.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02F08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91FD3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693ED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75E6BB" w14:textId="77777777" w:rsidR="00D50AFE" w:rsidRDefault="00D50AFE">
            <w:pPr>
              <w:spacing w:after="0" w:line="240" w:lineRule="auto"/>
            </w:pPr>
          </w:p>
        </w:tc>
      </w:tr>
      <w:tr w:rsidR="00D50AFE" w14:paraId="385EF62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DEA0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6DFBC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is vrij van obstakels en de bodem is minimaal geschikt voor een valhoogte van 1.000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2120E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B65FF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4C959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D0969" w14:textId="77777777" w:rsidR="00D50AFE" w:rsidRDefault="00D50AFE">
            <w:pPr>
              <w:spacing w:after="0" w:line="240" w:lineRule="auto"/>
            </w:pPr>
          </w:p>
        </w:tc>
      </w:tr>
      <w:tr w:rsidR="00D50AFE" w14:paraId="08861B2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73846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6AF0B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5"/>
              </w:rPr>
              <w:t>Palen, ophanging, verbindingen, funderingen en remvoorzieningen zijn stabiel en functioneren correct.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61C2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1DD61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69F57" w14:textId="77777777" w:rsidR="00D50AFE" w:rsidRDefault="006B315E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5BA2EC" w14:textId="77777777" w:rsidR="00D50AFE" w:rsidRDefault="00D50AFE">
            <w:pPr>
              <w:spacing w:after="0" w:line="240" w:lineRule="auto"/>
            </w:pPr>
          </w:p>
        </w:tc>
      </w:tr>
    </w:tbl>
    <w:p w14:paraId="1BCCF586" w14:textId="77777777" w:rsidR="00D50AFE" w:rsidRDefault="006B315E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D50AFE" w14:paraId="48B2719F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3D24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7856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67BF2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DA21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1435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D50AFE" w14:paraId="4CB38CFE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DC000" w14:textId="77777777" w:rsidR="00D50AFE" w:rsidRDefault="00D50AFE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B6E4F" w14:textId="77777777" w:rsidR="00D50AFE" w:rsidRDefault="00D50AFE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389EB" w14:textId="77777777" w:rsidR="00D50AFE" w:rsidRDefault="00D50AFE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ECAB6" w14:textId="77777777" w:rsidR="00D50AFE" w:rsidRDefault="00D50AFE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36B2F" w14:textId="77777777" w:rsidR="00D50AFE" w:rsidRDefault="00D50AFE">
            <w:pPr>
              <w:spacing w:after="0" w:line="240" w:lineRule="auto"/>
            </w:pPr>
          </w:p>
        </w:tc>
      </w:tr>
      <w:tr w:rsidR="00D50AFE" w14:paraId="04D7D057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4B87B" w14:textId="77777777" w:rsidR="00D50AFE" w:rsidRDefault="00D50AFE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5FB35" w14:textId="77777777" w:rsidR="00D50AFE" w:rsidRDefault="00D50AFE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306C1" w14:textId="77777777" w:rsidR="00D50AFE" w:rsidRDefault="00D50AFE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70688" w14:textId="77777777" w:rsidR="00D50AFE" w:rsidRDefault="00D50AFE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2893E" w14:textId="77777777" w:rsidR="00D50AFE" w:rsidRDefault="00D50AFE">
            <w:pPr>
              <w:spacing w:after="0" w:line="240" w:lineRule="auto"/>
            </w:pPr>
          </w:p>
        </w:tc>
      </w:tr>
      <w:tr w:rsidR="00D50AFE" w14:paraId="56C2C5BE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051A6" w14:textId="77777777" w:rsidR="00D50AFE" w:rsidRDefault="00D50AFE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9486A" w14:textId="77777777" w:rsidR="00D50AFE" w:rsidRDefault="00D50AFE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BCEB2" w14:textId="77777777" w:rsidR="00D50AFE" w:rsidRDefault="00D50AFE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54161" w14:textId="77777777" w:rsidR="00D50AFE" w:rsidRDefault="00D50AFE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6A015B" w14:textId="77777777" w:rsidR="00D50AFE" w:rsidRDefault="00D50AFE">
            <w:pPr>
              <w:spacing w:after="0" w:line="240" w:lineRule="auto"/>
            </w:pPr>
          </w:p>
        </w:tc>
      </w:tr>
    </w:tbl>
    <w:p w14:paraId="0928E105" w14:textId="77777777" w:rsidR="00D50AFE" w:rsidRDefault="006B315E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004D2BE0" w14:textId="77777777" w:rsidR="00D50AFE" w:rsidRDefault="006B315E">
      <w:pPr>
        <w:spacing w:after="100" w:line="240" w:lineRule="auto"/>
      </w:pPr>
      <w:r>
        <w:rPr>
          <w:rFonts w:eastAsia="Arial"/>
          <w:b/>
          <w:sz w:val="17"/>
        </w:rPr>
        <w:t>☐</w:t>
      </w:r>
      <w:r>
        <w:rPr>
          <w:rFonts w:eastAsia="Arial"/>
          <w:b/>
          <w:sz w:val="17"/>
        </w:rPr>
        <w:t xml:space="preserve">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D50AFE" w14:paraId="3780BDF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8E68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16F37" w14:textId="77777777" w:rsidR="00D50AFE" w:rsidRDefault="00D50AFE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4577D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BD2D54" w14:textId="77777777" w:rsidR="00D50AFE" w:rsidRDefault="00D50AFE">
            <w:pPr>
              <w:spacing w:after="0" w:line="240" w:lineRule="auto"/>
            </w:pPr>
          </w:p>
        </w:tc>
      </w:tr>
      <w:tr w:rsidR="00D50AFE" w14:paraId="4D977879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48D63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0F4F2" w14:textId="77777777" w:rsidR="00D50AFE" w:rsidRDefault="00D50AFE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1A38E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C6EE8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  <w:tr w:rsidR="00D50AFE" w14:paraId="3422693A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58AA8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51A8F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8BD63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645D8" w14:textId="77777777" w:rsidR="00D50AFE" w:rsidRDefault="006B315E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</w:t>
            </w:r>
            <w:r>
              <w:rPr>
                <w:rFonts w:eastAsia="Arial"/>
                <w:sz w:val="16"/>
              </w:rPr>
              <w:t xml:space="preserve"> Ja   ☐ Nee</w:t>
            </w:r>
          </w:p>
        </w:tc>
      </w:tr>
    </w:tbl>
    <w:p w14:paraId="272BB648" w14:textId="77777777" w:rsidR="00D50AFE" w:rsidRDefault="006B315E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p>
      <w:pPr>
        <w:sectPr w:rsidR="00D647E0" w:rsidSect="0039520B">
          <w:headerReference w:type="default" r:id="rId45"/>
          <w:footerReference w:type="default" r:id="rId46"/>
          <w:pgSz w:w="11906" w:h="16838"/>
          <w:pgMar w:top="1417" w:right="1417" w:bottom="1417" w:left="1417" w:header="198" w:footer="255" w:gutter="0"/>
          <w:pgNumType w:start="1"/>
          <w:cols w:space="720"/>
          <w:docGrid w:linePitch="360"/>
        </w:sectPr>
      </w:pPr>
    </w:p>
    <w:p w14:paraId="304C98C6" w14:textId="633DC910" w:rsidR="004D4D75" w:rsidRDefault="00394DC1">
      <w:pPr>
        <w:pStyle w:val="Titel"/>
        <w:spacing w:after="240"/>
      </w:pPr>
      <w:r>
        <w:rPr>
          <w:rFonts w:ascii="Arial" w:eastAsia="Arial" w:hAnsi="Arial"/>
          <w:color w:val="000000"/>
        </w:rPr>
        <w:t>Checklist</w:t>
      </w:r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Ruimtelijke</w:t>
      </w:r>
      <w:proofErr w:type="spellEnd"/>
      <w:r w:rsidR="00000000">
        <w:rPr>
          <w:rFonts w:ascii="Arial" w:eastAsia="Arial" w:hAnsi="Arial"/>
          <w:color w:val="000000"/>
        </w:rPr>
        <w:t xml:space="preserve"> </w:t>
      </w:r>
      <w:proofErr w:type="spellStart"/>
      <w:r w:rsidR="00000000">
        <w:rPr>
          <w:rFonts w:ascii="Arial" w:eastAsia="Arial" w:hAnsi="Arial"/>
          <w:color w:val="000000"/>
        </w:rPr>
        <w:t>netstructuren</w:t>
      </w:r>
      <w:proofErr w:type="spellEnd"/>
    </w:p>
    <w:p w14:paraId="058DA772" w14:textId="77777777" w:rsidR="004D4D75" w:rsidRDefault="00000000">
      <w:pPr>
        <w:spacing w:after="220" w:line="240" w:lineRule="auto"/>
      </w:pPr>
      <w:r>
        <w:rPr>
          <w:rFonts w:eastAsia="Arial"/>
          <w:i/>
          <w:color w:val="606060"/>
          <w:sz w:val="21"/>
        </w:rPr>
        <w:t>Voor visuele, functionele of uitgebreide inspecties tijdens de gebruiksfase</w:t>
      </w:r>
    </w:p>
    <w:tbl>
      <w:tblPr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4D4D75" w14:paraId="683CBA21" w14:textId="77777777"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66C7" w14:textId="77777777" w:rsidR="004D4D75" w:rsidRDefault="00000000">
            <w:pPr>
              <w:spacing w:after="100" w:line="252" w:lineRule="auto"/>
            </w:pPr>
            <w:r>
              <w:rPr>
                <w:rFonts w:eastAsia="Arial"/>
                <w:b/>
              </w:rPr>
              <w:t xml:space="preserve">Gebruik: </w:t>
            </w:r>
            <w:r>
              <w:rPr>
                <w:rFonts w:eastAsia="Arial"/>
              </w:rPr>
              <w:t>beoordeel ieder punt met G (goed), NG (niet goed) of NVT (niet van toepassing). Leg afwijkingen vast en koppel maatregelen aan het logboek. Deze controlelijst is een praktisch hulpmiddel; fabrikantvoorschriften, het technisch dossier, het beheersplan en toepasselijke wet- en normgeving blijven leidend.</w:t>
            </w:r>
          </w:p>
        </w:tc>
      </w:tr>
    </w:tbl>
    <w:p w14:paraId="055D80B0" w14:textId="77777777" w:rsidR="00394DC1" w:rsidRDefault="00000000" w:rsidP="00394DC1">
      <w:pPr>
        <w:pStyle w:val="Kop1"/>
        <w:spacing w:before="160" w:line="240" w:lineRule="auto"/>
        <w:rPr>
          <w:rFonts w:ascii="Arial" w:eastAsia="Arial" w:hAnsi="Arial"/>
          <w:color w:val="000000"/>
          <w:sz w:val="27"/>
        </w:rPr>
      </w:pPr>
      <w:proofErr w:type="spellStart"/>
      <w:r>
        <w:rPr>
          <w:rFonts w:ascii="Arial" w:eastAsia="Arial" w:hAnsi="Arial"/>
          <w:color w:val="000000"/>
          <w:sz w:val="27"/>
        </w:rPr>
        <w:t>Inspectiegegevens</w:t>
      </w:r>
      <w:proofErr w:type="spellEnd"/>
    </w:p>
    <w:p w14:paraId="3B5562D9" w14:textId="79E29AE7" w:rsidR="004D4D75" w:rsidRDefault="00000000" w:rsidP="00394DC1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 xml:space="preserve">A. </w:t>
      </w:r>
      <w:proofErr w:type="spellStart"/>
      <w:r>
        <w:rPr>
          <w:rFonts w:ascii="Arial" w:eastAsia="Arial" w:hAnsi="Arial"/>
          <w:color w:val="000000"/>
          <w:sz w:val="27"/>
        </w:rPr>
        <w:t>Algemene</w:t>
      </w:r>
      <w:proofErr w:type="spellEnd"/>
      <w:r>
        <w:rPr>
          <w:rFonts w:ascii="Arial" w:eastAsia="Arial" w:hAnsi="Arial"/>
          <w:color w:val="000000"/>
          <w:sz w:val="27"/>
        </w:rPr>
        <w:t xml:space="preserve"> </w:t>
      </w:r>
      <w:proofErr w:type="spellStart"/>
      <w:r>
        <w:rPr>
          <w:rFonts w:ascii="Arial" w:eastAsia="Arial" w:hAnsi="Arial"/>
          <w:color w:val="000000"/>
          <w:sz w:val="27"/>
        </w:rPr>
        <w:t>controlepunten</w:t>
      </w:r>
      <w:proofErr w:type="spellEnd"/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D4D75" w14:paraId="65A726E0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DE437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8F376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0DBC5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BEF9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3DB6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422C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D4D75" w14:paraId="6396ABC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B3F82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039C9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identificatie, locatie en het toestelnummer komen overeen met het logboek of dossier.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5D2E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7A2C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2CB07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AAEF5" w14:textId="77777777" w:rsidR="004D4D75" w:rsidRDefault="004D4D75">
            <w:pPr>
              <w:spacing w:after="0" w:line="240" w:lineRule="auto"/>
            </w:pPr>
          </w:p>
        </w:tc>
      </w:tr>
      <w:tr w:rsidR="004D4D75" w14:paraId="37904BE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96CD4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0D1F0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Eerdere gebreken, reparaties en openstaande maatregelen zijn gecontroleerd en opgevolgd.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2C49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DD8D6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451C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0FB95" w14:textId="77777777" w:rsidR="004D4D75" w:rsidRDefault="004D4D75">
            <w:pPr>
              <w:spacing w:after="0" w:line="240" w:lineRule="auto"/>
            </w:pPr>
          </w:p>
        </w:tc>
      </w:tr>
      <w:tr w:rsidR="004D4D75" w14:paraId="4F82535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C054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25486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Het toestel staat stabiel; funderingen, verankeringen en dragende delen vertonen geen losstand of verzakking.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15E3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82D0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48FED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27940" w14:textId="77777777" w:rsidR="004D4D75" w:rsidRDefault="004D4D75">
            <w:pPr>
              <w:spacing w:after="0" w:line="240" w:lineRule="auto"/>
            </w:pPr>
          </w:p>
        </w:tc>
      </w:tr>
      <w:tr w:rsidR="004D4D75" w14:paraId="0A54C78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4B25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B4743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Materialen zijn in goede staat: geen houtrot, splinters, roest, scheuren, brosheid, vervorming of scherpe breukranden.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9DF5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A963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205B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109E1" w14:textId="77777777" w:rsidR="004D4D75" w:rsidRDefault="004D4D75">
            <w:pPr>
              <w:spacing w:after="0" w:line="240" w:lineRule="auto"/>
            </w:pPr>
          </w:p>
        </w:tc>
      </w:tr>
      <w:tr w:rsidR="004D4D75" w14:paraId="731AFE3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6F76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F270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Bouten, moeren, schroeven, lassen, lijmverbindingen, scharnieren, kettingen, kabels en touwen zitten deugdelijk vast.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A13BD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3F06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BA3B2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3C78B" w14:textId="77777777" w:rsidR="004D4D75" w:rsidRDefault="004D4D75">
            <w:pPr>
              <w:spacing w:after="0" w:line="240" w:lineRule="auto"/>
            </w:pPr>
          </w:p>
        </w:tc>
      </w:tr>
      <w:tr w:rsidR="004D4D75" w14:paraId="6D1D0D9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7018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1B25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valhoogte, valruimte, vrije ruimte en minimumruimte passen bij het toestel en zijn vrij van ongewenste obstakels en looproutes.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4876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B70A7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DA8A2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B3355" w14:textId="77777777" w:rsidR="004D4D75" w:rsidRDefault="004D4D75">
            <w:pPr>
              <w:spacing w:after="0" w:line="240" w:lineRule="auto"/>
            </w:pPr>
          </w:p>
        </w:tc>
      </w:tr>
      <w:tr w:rsidR="004D4D75" w14:paraId="5BBB6DF0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FE95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6CBE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bodemafwerking zijn aanwezig, vlak, schoon en voldoende schokdempend voor de vastgestelde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8A147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0237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DB7A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BE560" w14:textId="77777777" w:rsidR="004D4D75" w:rsidRDefault="004D4D75">
            <w:pPr>
              <w:spacing w:after="0" w:line="240" w:lineRule="auto"/>
            </w:pPr>
          </w:p>
        </w:tc>
      </w:tr>
      <w:tr w:rsidR="004D4D75" w14:paraId="4626FD64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576C4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A0A3A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Leuningen, balustrades, handgrepen en andere valbeveiligingen zijn aanwezig, compleet, stevig en niet gemakkelijk beklimbaar waar dat niet is bedoeld.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748C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0084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A940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D1979" w14:textId="77777777" w:rsidR="004D4D75" w:rsidRDefault="004D4D75">
            <w:pPr>
              <w:spacing w:after="0" w:line="240" w:lineRule="auto"/>
            </w:pPr>
          </w:p>
        </w:tc>
      </w:tr>
      <w:tr w:rsidR="004D4D75" w14:paraId="4A778F0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3B546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E375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gevaarlijke openingen of spleten voor hoofd, nek, lichaam, voeten, benen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ECB1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134A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EA11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7042B" w14:textId="77777777" w:rsidR="004D4D75" w:rsidRDefault="004D4D75">
            <w:pPr>
              <w:spacing w:after="0" w:line="240" w:lineRule="auto"/>
            </w:pPr>
          </w:p>
        </w:tc>
      </w:tr>
      <w:tr w:rsidR="004D4D75" w14:paraId="2149EFC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7F715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EC92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zijn geen V-vormen, uitstekende delen, draaiende delen of openingen waaraan kleding, koordjes of haren kunnen blijven haken.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7C5EB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09FA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A07B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5B6FE" w14:textId="77777777" w:rsidR="004D4D75" w:rsidRDefault="004D4D75">
            <w:pPr>
              <w:spacing w:after="0" w:line="240" w:lineRule="auto"/>
            </w:pPr>
          </w:p>
        </w:tc>
      </w:tr>
      <w:tr w:rsidR="004D4D75" w14:paraId="562022A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FDC3D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0E62E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Bewegende onderdelen zijn afgeschermd, lopen soepel en hebben geen overmatige speling; lagers zijn beschermd tegen vingers, kleding, haren, vuil en zand.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B3A45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72E72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DD34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E70F5" w14:textId="77777777" w:rsidR="004D4D75" w:rsidRDefault="004D4D75">
            <w:pPr>
              <w:spacing w:after="0" w:line="240" w:lineRule="auto"/>
            </w:pPr>
          </w:p>
        </w:tc>
      </w:tr>
      <w:tr w:rsidR="004D4D75" w14:paraId="38EAEF1D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E044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563C8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toegang, trappen, ladders, platforms en loopvlakken bieden voldoende houvast en zijn stroef en onbeschadigd.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CFE1B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D1D56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B49A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65F18" w14:textId="77777777" w:rsidR="004D4D75" w:rsidRDefault="004D4D75">
            <w:pPr>
              <w:spacing w:after="0" w:line="240" w:lineRule="auto"/>
            </w:pPr>
          </w:p>
        </w:tc>
      </w:tr>
      <w:tr w:rsidR="004D4D75" w14:paraId="6C7FC5A3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40BB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35A8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Een volwassene kan het toestel of de speelruimte bereiken wanneer hulp of evacuatie nodig is.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5CDF4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AF7B6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DD482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E85CC" w14:textId="77777777" w:rsidR="004D4D75" w:rsidRDefault="004D4D75">
            <w:pPr>
              <w:spacing w:after="0" w:line="240" w:lineRule="auto"/>
            </w:pPr>
          </w:p>
        </w:tc>
      </w:tr>
    </w:tbl>
    <w:p w14:paraId="7CCDF8F2" w14:textId="77777777" w:rsidR="004D4D75" w:rsidRDefault="00000000">
      <w:pPr>
        <w:pStyle w:val="Kop1"/>
        <w:pageBreakBefore/>
        <w:spacing w:before="160" w:line="240" w:lineRule="auto"/>
      </w:pPr>
      <w:r>
        <w:rPr>
          <w:rFonts w:ascii="Arial" w:eastAsia="Arial" w:hAnsi="Arial"/>
          <w:color w:val="000000"/>
          <w:sz w:val="27"/>
        </w:rPr>
        <w:lastRenderedPageBreak/>
        <w:t>B. Specifieke controlepunten - Ruimtelijke netstructuren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4781"/>
        <w:gridCol w:w="547"/>
        <w:gridCol w:w="547"/>
        <w:gridCol w:w="691"/>
        <w:gridCol w:w="2333"/>
      </w:tblGrid>
      <w:tr w:rsidR="004D4D75" w14:paraId="50104E77" w14:textId="77777777">
        <w:trPr>
          <w:cantSplit/>
          <w:tblHeader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449FD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Nr.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71BF1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Controlepunt / eis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67CCC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G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7110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NG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44E2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5"/>
              </w:rPr>
              <w:t>NVT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7BCB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5"/>
              </w:rPr>
              <w:t>Bevinding / maatregel</w:t>
            </w:r>
          </w:p>
        </w:tc>
      </w:tr>
      <w:tr w:rsidR="004D4D75" w14:paraId="431F9E0C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F00BA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B9CB7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vrije valhoogte is gemeten vanaf de hoogste bereikbare voetsteun vanwaar direct op de ondergrond kan worden gevallen.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E7D459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A393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0E4F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DB618" w14:textId="77777777" w:rsidR="004D4D75" w:rsidRDefault="004D4D75">
            <w:pPr>
              <w:spacing w:after="0" w:line="240" w:lineRule="auto"/>
            </w:pPr>
          </w:p>
        </w:tc>
      </w:tr>
      <w:tr w:rsidR="004D4D75" w14:paraId="7CEF2A2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EF85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A1479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opvangzone en ondergrond zijn afgestemd op de vastgestelde vrije valhoogte.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02AE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A4AD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6D8A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151E1" w14:textId="77777777" w:rsidR="004D4D75" w:rsidRDefault="004D4D75">
            <w:pPr>
              <w:spacing w:after="0" w:line="240" w:lineRule="auto"/>
            </w:pPr>
          </w:p>
        </w:tc>
      </w:tr>
      <w:tr w:rsidR="004D4D75" w14:paraId="47D9B73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23A3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16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14F63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Bij een vlak net met meer dan 1.000 mm hoogteverschil zijn de grootste openingen maximaal 420 mm.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F7457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EEC3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A010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66912" w14:textId="77777777" w:rsidR="004D4D75" w:rsidRDefault="004D4D75">
            <w:pPr>
              <w:spacing w:after="0" w:line="240" w:lineRule="auto"/>
            </w:pPr>
          </w:p>
        </w:tc>
      </w:tr>
      <w:tr w:rsidR="004D4D75" w14:paraId="04CF595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6DDD4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17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8B281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Er is beoordeeld of een denkbeeldige cilinder van 1.800 mm hoog en 650 mm breed door een opening kan vallen.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4EA5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DC4AB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ECA8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BB6C5" w14:textId="77777777" w:rsidR="004D4D75" w:rsidRDefault="004D4D75">
            <w:pPr>
              <w:spacing w:after="0" w:line="240" w:lineRule="auto"/>
            </w:pPr>
          </w:p>
        </w:tc>
      </w:tr>
      <w:tr w:rsidR="004D4D75" w14:paraId="03F078DF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43D0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18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C63351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Als de denkbeeldige cilinder kan vallen, voldoen de vrije valhoogte, valruimte en ondergrond aan de algemene eisen.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B7445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841F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84A9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30DAE" w14:textId="77777777" w:rsidR="004D4D75" w:rsidRDefault="004D4D75">
            <w:pPr>
              <w:spacing w:after="0" w:line="240" w:lineRule="auto"/>
            </w:pPr>
          </w:p>
        </w:tc>
      </w:tr>
      <w:tr w:rsidR="004D4D75" w14:paraId="40CBCF0B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9C06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19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61A02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Touwen en kabels vertonen geen rafeling, draadbreuk, insnijding, verbranding, sterke slijtage of aantasting.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0B797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FCEE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0825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49C45" w14:textId="77777777" w:rsidR="004D4D75" w:rsidRDefault="004D4D75">
            <w:pPr>
              <w:spacing w:after="0" w:line="240" w:lineRule="auto"/>
            </w:pPr>
          </w:p>
        </w:tc>
      </w:tr>
      <w:tr w:rsidR="004D4D75" w14:paraId="7180EDA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2B9E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20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31C141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Knooppunten, klemmen, spanners, ankers en andere verbindingen zijn compleet, geborgd en niet losgelopen.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FD69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95CD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B7E18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13E54" w14:textId="77777777" w:rsidR="004D4D75" w:rsidRDefault="004D4D75">
            <w:pPr>
              <w:spacing w:after="0" w:line="240" w:lineRule="auto"/>
            </w:pPr>
          </w:p>
        </w:tc>
      </w:tr>
      <w:tr w:rsidR="004D4D75" w14:paraId="3990F429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A61BB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21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42E02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netspanning is gelijkmatig en biedt voldoende houvast; de vorm wijkt niet ontoelaatbaar af van het ontwerp.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5CBE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D550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4F3F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1456B" w14:textId="77777777" w:rsidR="004D4D75" w:rsidRDefault="004D4D75">
            <w:pPr>
              <w:spacing w:after="0" w:line="240" w:lineRule="auto"/>
            </w:pPr>
          </w:p>
        </w:tc>
      </w:tr>
      <w:tr w:rsidR="004D4D75" w14:paraId="116762E1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39E04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22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1C01F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Mazen zijn niet te groot en veroorzaken geen beknelling van hoofd, nek, lichaam, voeten of vingers.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40F5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8C7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0CDF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0935F3" w14:textId="77777777" w:rsidR="004D4D75" w:rsidRDefault="004D4D75">
            <w:pPr>
              <w:spacing w:after="0" w:line="240" w:lineRule="auto"/>
            </w:pPr>
          </w:p>
        </w:tc>
      </w:tr>
      <w:tr w:rsidR="004D4D75" w14:paraId="1AD2F937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8FCA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23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22F64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Niet-flexibele onderdelen in of onder de valruimte zijn beoordeeld als mogelijke harde obstakels.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11886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696A3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DA967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8CB7B" w14:textId="77777777" w:rsidR="004D4D75" w:rsidRDefault="004D4D75">
            <w:pPr>
              <w:spacing w:after="0" w:line="240" w:lineRule="auto"/>
            </w:pPr>
          </w:p>
        </w:tc>
      </w:tr>
      <w:tr w:rsidR="004D4D75" w14:paraId="64E02115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F6A0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24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461F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Palen, masten, funderingen en dragende kabels zijn stabiel en vertonen geen vervorming of corrosie.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F3A7D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3AD9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868EE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E46D5" w14:textId="77777777" w:rsidR="004D4D75" w:rsidRDefault="004D4D75">
            <w:pPr>
              <w:spacing w:after="0" w:line="240" w:lineRule="auto"/>
            </w:pPr>
          </w:p>
        </w:tc>
      </w:tr>
      <w:tr w:rsidR="004D4D75" w14:paraId="6F5131AE" w14:textId="77777777">
        <w:trPr>
          <w:cantSplit/>
          <w:jc w:val="center"/>
        </w:trPr>
        <w:tc>
          <w:tcPr>
            <w:tcW w:w="4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21C51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25</w:t>
            </w:r>
          </w:p>
        </w:tc>
        <w:tc>
          <w:tcPr>
            <w:tcW w:w="47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5024E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5"/>
              </w:rPr>
              <w:t>De gebruiker kan op de bedoelde routes voldoende hand- en voetsteunen vinden.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62AA0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5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E101F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69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D407C" w14:textId="77777777" w:rsidR="004D4D75" w:rsidRDefault="00000000">
            <w:pPr>
              <w:spacing w:after="0" w:line="240" w:lineRule="auto"/>
              <w:jc w:val="center"/>
            </w:pPr>
            <w:r>
              <w:rPr>
                <w:rFonts w:eastAsia="Arial"/>
                <w:sz w:val="15"/>
              </w:rPr>
              <w:t>☐</w:t>
            </w:r>
          </w:p>
        </w:tc>
        <w:tc>
          <w:tcPr>
            <w:tcW w:w="2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FE357" w14:textId="77777777" w:rsidR="004D4D75" w:rsidRDefault="004D4D75">
            <w:pPr>
              <w:spacing w:after="0" w:line="240" w:lineRule="auto"/>
            </w:pPr>
          </w:p>
        </w:tc>
      </w:tr>
    </w:tbl>
    <w:p w14:paraId="18EBDF71" w14:textId="77777777" w:rsidR="004D4D75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Gebreken en opvolging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2592"/>
        <w:gridCol w:w="1584"/>
        <w:gridCol w:w="2304"/>
      </w:tblGrid>
      <w:tr w:rsidR="004D4D75" w14:paraId="7E7CBA7A" w14:textId="77777777">
        <w:trPr>
          <w:cantSplit/>
          <w:tblHeader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E7B5DD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Ref.</w:t>
            </w: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8A185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Risico / gebrek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95B0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Maatregel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63B84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Hersteltermijn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60939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/ afmelding</w:t>
            </w:r>
          </w:p>
        </w:tc>
      </w:tr>
      <w:tr w:rsidR="004D4D75" w14:paraId="6CD61419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AD462" w14:textId="77777777" w:rsidR="004D4D75" w:rsidRDefault="004D4D7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26308" w14:textId="77777777" w:rsidR="004D4D75" w:rsidRDefault="004D4D7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E02EB" w14:textId="77777777" w:rsidR="004D4D75" w:rsidRDefault="004D4D7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2E97B" w14:textId="77777777" w:rsidR="004D4D75" w:rsidRDefault="004D4D7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3F40B" w14:textId="77777777" w:rsidR="004D4D75" w:rsidRDefault="004D4D75">
            <w:pPr>
              <w:spacing w:after="0" w:line="240" w:lineRule="auto"/>
            </w:pPr>
          </w:p>
        </w:tc>
      </w:tr>
      <w:tr w:rsidR="004D4D75" w14:paraId="7C4F17E8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DF592" w14:textId="77777777" w:rsidR="004D4D75" w:rsidRDefault="004D4D7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2D0DB" w14:textId="77777777" w:rsidR="004D4D75" w:rsidRDefault="004D4D7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35447" w14:textId="77777777" w:rsidR="004D4D75" w:rsidRDefault="004D4D7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4DECB" w14:textId="77777777" w:rsidR="004D4D75" w:rsidRDefault="004D4D7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C3D1AA" w14:textId="77777777" w:rsidR="004D4D75" w:rsidRDefault="004D4D75">
            <w:pPr>
              <w:spacing w:after="0" w:line="240" w:lineRule="auto"/>
            </w:pPr>
          </w:p>
        </w:tc>
      </w:tr>
      <w:tr w:rsidR="004D4D75" w14:paraId="0D3C33F6" w14:textId="77777777">
        <w:trPr>
          <w:cantSplit/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5257B" w14:textId="77777777" w:rsidR="004D4D75" w:rsidRDefault="004D4D75">
            <w:pPr>
              <w:spacing w:after="0" w:line="240" w:lineRule="auto"/>
            </w:pPr>
          </w:p>
        </w:tc>
        <w:tc>
          <w:tcPr>
            <w:tcW w:w="22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B9F73" w14:textId="77777777" w:rsidR="004D4D75" w:rsidRDefault="004D4D75">
            <w:pPr>
              <w:spacing w:after="0" w:line="240" w:lineRule="auto"/>
            </w:pP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0C85C" w14:textId="77777777" w:rsidR="004D4D75" w:rsidRDefault="004D4D75">
            <w:pPr>
              <w:spacing w:after="0" w:line="240" w:lineRule="auto"/>
            </w:pP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33E9A" w14:textId="77777777" w:rsidR="004D4D75" w:rsidRDefault="004D4D75">
            <w:pPr>
              <w:spacing w:after="0" w:line="240" w:lineRule="auto"/>
            </w:pP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550DE" w14:textId="77777777" w:rsidR="004D4D75" w:rsidRDefault="004D4D75">
            <w:pPr>
              <w:spacing w:after="0" w:line="240" w:lineRule="auto"/>
            </w:pPr>
          </w:p>
        </w:tc>
      </w:tr>
    </w:tbl>
    <w:p w14:paraId="59A219A4" w14:textId="77777777" w:rsidR="004D4D75" w:rsidRDefault="00000000">
      <w:pPr>
        <w:pStyle w:val="Kop1"/>
        <w:spacing w:before="160" w:line="240" w:lineRule="auto"/>
      </w:pPr>
      <w:r>
        <w:rPr>
          <w:rFonts w:ascii="Arial" w:eastAsia="Arial" w:hAnsi="Arial"/>
          <w:color w:val="000000"/>
          <w:sz w:val="27"/>
        </w:rPr>
        <w:t>Eindbeoordeling</w:t>
      </w:r>
    </w:p>
    <w:p w14:paraId="3ABE880A" w14:textId="77777777" w:rsidR="004D4D75" w:rsidRDefault="00000000">
      <w:pPr>
        <w:spacing w:after="100" w:line="240" w:lineRule="auto"/>
      </w:pPr>
      <w:r>
        <w:rPr>
          <w:rFonts w:eastAsia="Arial"/>
          <w:b/>
          <w:sz w:val="17"/>
        </w:rPr>
        <w:t>☐ Veilig voor gebruik    ☐ Veilig na herstelmaatregel    ☐ Buiten gebruik stellen    ☐ Nader onderzoek nodig</w:t>
      </w:r>
    </w:p>
    <w:tbl>
      <w:tblPr>
        <w:tblStyle w:val="Tabelraster"/>
        <w:tblW w:w="93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4D4D75" w14:paraId="2D30E00C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5AAD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Naam inspecteur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7F7AF" w14:textId="77777777" w:rsidR="004D4D75" w:rsidRDefault="004D4D75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5DEE6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Datum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4EDBB" w14:textId="77777777" w:rsidR="004D4D75" w:rsidRDefault="004D4D75">
            <w:pPr>
              <w:spacing w:after="0" w:line="240" w:lineRule="auto"/>
            </w:pPr>
          </w:p>
        </w:tc>
      </w:tr>
      <w:tr w:rsidR="004D4D75" w14:paraId="33256D2F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00047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Handtekening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78E6A" w14:textId="77777777" w:rsidR="004D4D75" w:rsidRDefault="004D4D75">
            <w:pPr>
              <w:spacing w:after="0" w:line="240" w:lineRule="auto"/>
            </w:pP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F648F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Nacontrole nodig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17294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  <w:tr w:rsidR="004D4D75" w14:paraId="193CA107" w14:textId="77777777">
        <w:trPr>
          <w:cantSplit/>
          <w:jc w:val="center"/>
        </w:trPr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A809C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Beheerder geïnformeerd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4C707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40FAA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b/>
                <w:sz w:val="16"/>
              </w:rPr>
              <w:t>Logboek bijgewerkt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9C878" w14:textId="77777777" w:rsidR="004D4D75" w:rsidRDefault="00000000">
            <w:pPr>
              <w:spacing w:after="0" w:line="240" w:lineRule="auto"/>
            </w:pPr>
            <w:r>
              <w:rPr>
                <w:rFonts w:eastAsia="Arial"/>
                <w:sz w:val="16"/>
              </w:rPr>
              <w:t>☐ Ja   ☐ Nee</w:t>
            </w:r>
          </w:p>
        </w:tc>
      </w:tr>
    </w:tbl>
    <w:p w14:paraId="45FA3F91" w14:textId="77777777" w:rsidR="004D4D75" w:rsidRDefault="00000000">
      <w:pPr>
        <w:spacing w:before="40" w:after="0" w:line="240" w:lineRule="auto"/>
      </w:pPr>
      <w:r>
        <w:rPr>
          <w:rFonts w:eastAsia="Arial"/>
          <w:b/>
          <w:color w:val="A00000"/>
          <w:sz w:val="15"/>
        </w:rPr>
        <w:t>Let op: bij direct gevaar moet het toestel onmiddellijk buiten gebruik worden gesteld en effectief worden afgeschermd totdat herstel en eventuele nacontrole hebben plaatsgevonden.</w:t>
      </w:r>
    </w:p>
    <w:sectPr w:rsidR="00D647E0" w:rsidSect="0039520B">
      <w:headerReference w:type="default" r:id="rId47"/>
      <w:footerReference w:type="default" r:id="rId48"/>
      <w:pgSz w:w="11906" w:h="16838"/>
      <w:pgMar w:top="1417" w:right="1417" w:bottom="1417" w:left="1417" w:header="198" w:footer="25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D857A7" w14:textId="77777777" w:rsidR="00722736" w:rsidRDefault="00722736">
      <w:pPr>
        <w:spacing w:after="0" w:line="240" w:lineRule="auto"/>
      </w:pPr>
      <w:r>
        <w:separator/>
      </w:r>
    </w:p>
  </w:endnote>
  <w:endnote w:type="continuationSeparator" w:id="0">
    <w:p w14:paraId="658181A5" w14:textId="77777777" w:rsidR="00722736" w:rsidRDefault="0072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966DF0" w14:textId="77777777" w:rsidR="00737043" w:rsidRDefault="0073704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E5D34" w14:textId="77777777" w:rsidR="00D647E0" w:rsidRDefault="00D647E0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D647E0" w14:paraId="6218CE20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15DA7B25" w14:textId="5478A7D3" w:rsidR="00D647E0" w:rsidRDefault="0039520B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 xml:space="preserve">Checklist </w:t>
          </w:r>
          <w:proofErr w:type="spellStart"/>
          <w:r>
            <w:rPr>
              <w:rFonts w:eastAsia="Arial"/>
              <w:color w:val="606060"/>
              <w:sz w:val="16"/>
            </w:rPr>
            <w:t>Draaitoestellen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79B2F974" w14:textId="7BF8B498" w:rsidR="00D647E0" w:rsidRDefault="00ED1142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>
            <w:rPr>
              <w:rFonts w:eastAsia="Arial"/>
              <w:color w:val="606060"/>
              <w:sz w:val="16"/>
            </w:rPr>
            <w:fldChar w:fldCharType="separate"/>
          </w:r>
          <w:r w:rsidR="00EE31D3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A4DDA" w14:textId="77777777" w:rsidR="00737043" w:rsidRDefault="00737043">
    <w:pPr>
      <w:pStyle w:val="Voettekst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0DEFE89C" w14:textId="77777777" w:rsidR="001D4CFD" w:rsidRDefault="001D4CFD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1D4CFD" w14:paraId="59EACAD5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47BB57F4" w14:textId="303C05D8" w:rsidR="001D4CFD" w:rsidRDefault="00000000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</w:t>
          </w:r>
          <w:r w:rsidR="00834E00">
            <w:rPr>
              <w:rFonts w:eastAsia="Arial"/>
              <w:color w:val="606060"/>
              <w:sz w:val="16"/>
            </w:rPr>
            <w:t>hecklist</w:t>
          </w:r>
          <w:r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>
            <w:rPr>
              <w:rFonts w:eastAsia="Arial"/>
              <w:color w:val="606060"/>
              <w:sz w:val="16"/>
            </w:rPr>
            <w:t>Evenwichtsbalken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7929F6B7" w14:textId="0589D612" w:rsidR="001D4CFD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3D11AF">
            <w:rPr>
              <w:rFonts w:eastAsia="Arial"/>
              <w:color w:val="606060"/>
              <w:sz w:val="16"/>
            </w:rPr>
            <w:fldChar w:fldCharType="separate"/>
          </w:r>
          <w:r w:rsidR="003D11AF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2490723B" w14:textId="77777777" w:rsidR="0079287D" w:rsidRDefault="0079287D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79287D" w14:paraId="73066870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547AF7E8" w14:textId="02E5EDF6" w:rsidR="0079287D" w:rsidRDefault="00A95E6A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 xml:space="preserve">Checklist </w:t>
          </w:r>
          <w:proofErr w:type="spellStart"/>
          <w:r>
            <w:rPr>
              <w:rFonts w:eastAsia="Arial"/>
              <w:color w:val="606060"/>
              <w:sz w:val="16"/>
            </w:rPr>
            <w:t>Glijbanen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0C855B26" w14:textId="17E9272D" w:rsidR="0079287D" w:rsidRDefault="0094511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>
            <w:rPr>
              <w:rFonts w:eastAsia="Arial"/>
              <w:color w:val="606060"/>
              <w:sz w:val="16"/>
            </w:rPr>
            <w:fldChar w:fldCharType="separate"/>
          </w:r>
          <w:r w:rsidR="00D83E91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835875B" w14:textId="77777777" w:rsidR="004A4DDC" w:rsidRDefault="004A4DDC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4A4DDC" w14:paraId="084D077E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48968473" w14:textId="505A7DCB" w:rsidR="004A4DDC" w:rsidRDefault="00B92D45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Kabelbanen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51641A2D" w14:textId="7F9B7516" w:rsidR="004A4DDC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C8203A">
            <w:rPr>
              <w:rFonts w:eastAsia="Arial"/>
              <w:color w:val="606060"/>
              <w:sz w:val="16"/>
            </w:rPr>
            <w:fldChar w:fldCharType="separate"/>
          </w:r>
          <w:r w:rsidR="00C8203A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3A62557" w14:textId="77777777" w:rsidR="00BB115B" w:rsidRDefault="00BB115B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BB115B" w14:paraId="61683776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77F378B5" w14:textId="437CC83A" w:rsidR="00BB115B" w:rsidRDefault="00326AE6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Klimtoestellen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526AAC7E" w14:textId="616A3E2D" w:rsidR="00BB115B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EA7863">
            <w:rPr>
              <w:rFonts w:eastAsia="Arial"/>
              <w:color w:val="606060"/>
              <w:sz w:val="16"/>
            </w:rPr>
            <w:fldChar w:fldCharType="separate"/>
          </w:r>
          <w:r w:rsidR="00EA7863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0F4663C" w14:textId="77777777" w:rsidR="00E34CD1" w:rsidRDefault="00E34CD1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E34CD1" w14:paraId="53DBA9DB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2B02EA6F" w14:textId="43742ADA" w:rsidR="00E34CD1" w:rsidRDefault="003341A2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CE252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CE2520">
            <w:rPr>
              <w:rFonts w:eastAsia="Arial"/>
              <w:color w:val="606060"/>
              <w:sz w:val="16"/>
            </w:rPr>
            <w:t>Looptonnen</w:t>
          </w:r>
          <w:proofErr w:type="spellEnd"/>
          <w:r w:rsidR="00CE252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CE252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CE252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29E8679D" w14:textId="453743D6" w:rsidR="00E34CD1" w:rsidRDefault="00CE252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3341A2">
            <w:rPr>
              <w:rFonts w:eastAsia="Arial"/>
              <w:color w:val="606060"/>
              <w:sz w:val="16"/>
            </w:rPr>
            <w:fldChar w:fldCharType="separate"/>
          </w:r>
          <w:r w:rsidR="003341A2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9C9B0DC" w14:textId="77777777" w:rsidR="005D5AFD" w:rsidRDefault="005D5AFD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5D5AFD" w14:paraId="738ED36C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0992AEF5" w14:textId="4B68F737" w:rsidR="005D5AFD" w:rsidRDefault="00694FCC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Schommels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5B4EA7F9" w14:textId="08DED95B" w:rsidR="005D5AFD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694FCC">
            <w:rPr>
              <w:rFonts w:eastAsia="Arial"/>
              <w:color w:val="606060"/>
              <w:sz w:val="16"/>
            </w:rPr>
            <w:fldChar w:fldCharType="separate"/>
          </w:r>
          <w:r w:rsidR="00694FCC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6D5D0C0" w14:textId="77777777" w:rsidR="00D65814" w:rsidRDefault="00D65814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D65814" w14:paraId="5D961C29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13B62421" w14:textId="793DBB06" w:rsidR="00D65814" w:rsidRDefault="00000000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</w:t>
          </w:r>
          <w:r w:rsidR="00AD3390">
            <w:rPr>
              <w:rFonts w:eastAsia="Arial"/>
              <w:color w:val="606060"/>
              <w:sz w:val="16"/>
            </w:rPr>
            <w:t>hecklist</w:t>
          </w:r>
          <w:r>
            <w:rPr>
              <w:rFonts w:eastAsia="Arial"/>
              <w:color w:val="606060"/>
              <w:sz w:val="16"/>
            </w:rPr>
            <w:t xml:space="preserve"> Trampolines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4D94B950" w14:textId="2FF27758" w:rsidR="00D65814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570EB9">
            <w:rPr>
              <w:rFonts w:eastAsia="Arial"/>
              <w:color w:val="606060"/>
              <w:sz w:val="16"/>
            </w:rPr>
            <w:fldChar w:fldCharType="separate"/>
          </w:r>
          <w:r w:rsidR="00570EB9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78A70CB9" w14:textId="77777777" w:rsidR="007F71B8" w:rsidRDefault="007F71B8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7F71B8" w14:paraId="2A1FB1B2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3B9FFB1C" w14:textId="21876DAC" w:rsidR="007F71B8" w:rsidRDefault="003C1883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</w:t>
          </w:r>
          <w:r w:rsidR="00322260">
            <w:rPr>
              <w:rFonts w:eastAsia="Arial"/>
              <w:color w:val="606060"/>
              <w:sz w:val="16"/>
            </w:rPr>
            <w:t>hecklist</w:t>
          </w:r>
          <w:r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>
            <w:rPr>
              <w:rFonts w:eastAsia="Arial"/>
              <w:color w:val="606060"/>
              <w:sz w:val="16"/>
            </w:rPr>
            <w:t>Watertoestellen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03713C37" w14:textId="65D3C491" w:rsidR="007F71B8" w:rsidRDefault="003C1883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322260">
            <w:rPr>
              <w:rFonts w:eastAsia="Arial"/>
              <w:color w:val="606060"/>
              <w:sz w:val="16"/>
            </w:rPr>
            <w:fldChar w:fldCharType="separate"/>
          </w:r>
          <w:r w:rsidR="00322260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7F293B87" w14:textId="77777777" w:rsidR="00113555" w:rsidRDefault="00113555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113555" w14:paraId="756D65C0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6BDDAB4B" w14:textId="455EC5E4" w:rsidR="00113555" w:rsidRDefault="007D439A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Wiptoestellen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320142D3" w14:textId="6BD7A224" w:rsidR="00113555" w:rsidRDefault="00000000">
          <w:pPr>
            <w:spacing w:after="0" w:line="240" w:lineRule="auto"/>
            <w:jc w:val="right"/>
          </w:pPr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0A3D10">
            <w:rPr>
              <w:rFonts w:eastAsia="Arial"/>
              <w:color w:val="606060"/>
              <w:sz w:val="16"/>
            </w:rPr>
            <w:fldChar w:fldCharType="separate"/>
          </w:r>
          <w:r w:rsidR="000A3D10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FD9EAC7" w14:textId="77777777" w:rsidR="00055FA8" w:rsidRDefault="00055FA8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055FA8" w14:paraId="2E062F1B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1610BC12" w14:textId="36BA7002" w:rsidR="00055FA8" w:rsidRDefault="00945D4E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Zandbakken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1B0BC80C" w14:textId="1F0BC31B" w:rsidR="00055FA8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945D4E">
            <w:rPr>
              <w:rFonts w:eastAsia="Arial"/>
              <w:color w:val="606060"/>
              <w:sz w:val="16"/>
            </w:rPr>
            <w:fldChar w:fldCharType="separate"/>
          </w:r>
          <w:r w:rsidR="00945D4E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5E3124D1" w14:textId="77777777" w:rsidR="00CF25F4" w:rsidRDefault="00CF25F4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CF25F4" w14:paraId="0C087A6C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1E5E569F" w14:textId="2854AF42" w:rsidR="00CF25F4" w:rsidRDefault="002D4618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Geheel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omheinde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speeltoestellen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242DCC6F" w14:textId="234D2A22" w:rsidR="00CF25F4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1024EB">
            <w:rPr>
              <w:rFonts w:eastAsia="Arial"/>
              <w:color w:val="606060"/>
              <w:sz w:val="16"/>
            </w:rPr>
            <w:fldChar w:fldCharType="separate"/>
          </w:r>
          <w:r w:rsidR="001024EB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73CA03F" w14:textId="77777777" w:rsidR="004A154A" w:rsidRDefault="004A154A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4A154A" w14:paraId="345DA783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2BDC5047" w14:textId="563082DF" w:rsidR="004A154A" w:rsidRDefault="00000000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</w:t>
          </w:r>
          <w:r w:rsidR="00ED1AA4">
            <w:rPr>
              <w:rFonts w:eastAsia="Arial"/>
              <w:color w:val="606060"/>
              <w:sz w:val="16"/>
            </w:rPr>
            <w:t>heckl</w:t>
          </w:r>
          <w:r>
            <w:rPr>
              <w:rFonts w:eastAsia="Arial"/>
              <w:color w:val="606060"/>
              <w:sz w:val="16"/>
            </w:rPr>
            <w:t xml:space="preserve">ist </w:t>
          </w:r>
          <w:proofErr w:type="spellStart"/>
          <w:r>
            <w:rPr>
              <w:rFonts w:eastAsia="Arial"/>
              <w:color w:val="606060"/>
              <w:sz w:val="16"/>
            </w:rPr>
            <w:t>Ballenbaden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>
            <w:rPr>
              <w:rFonts w:eastAsia="Arial"/>
              <w:color w:val="606060"/>
              <w:sz w:val="16"/>
            </w:rPr>
            <w:t>augustus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3E0080E5" w14:textId="29198085" w:rsidR="004A154A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D612E3">
            <w:rPr>
              <w:rFonts w:eastAsia="Arial"/>
              <w:color w:val="606060"/>
              <w:sz w:val="16"/>
            </w:rPr>
            <w:fldChar w:fldCharType="separate"/>
          </w:r>
          <w:r w:rsidR="00D612E3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06FB12B5" w14:textId="77777777" w:rsidR="006238E2" w:rsidRDefault="006238E2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6238E2" w14:paraId="48AE3EEA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69095AAE" w14:textId="0BD2F4CB" w:rsidR="006238E2" w:rsidRDefault="00AB16D9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395A2A">
            <w:rPr>
              <w:rFonts w:eastAsia="Arial"/>
              <w:color w:val="606060"/>
              <w:sz w:val="16"/>
            </w:rPr>
            <w:t xml:space="preserve"> Vrije-</w:t>
          </w:r>
          <w:proofErr w:type="spellStart"/>
          <w:r w:rsidR="00395A2A">
            <w:rPr>
              <w:rFonts w:eastAsia="Arial"/>
              <w:color w:val="606060"/>
              <w:sz w:val="16"/>
            </w:rPr>
            <w:t>valglijbanen</w:t>
          </w:r>
          <w:proofErr w:type="spellEnd"/>
          <w:r w:rsidR="00395A2A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395A2A">
            <w:rPr>
              <w:rFonts w:eastAsia="Arial"/>
              <w:color w:val="606060"/>
              <w:sz w:val="16"/>
            </w:rPr>
            <w:t>augustus</w:t>
          </w:r>
          <w:proofErr w:type="spellEnd"/>
          <w:r w:rsidR="00395A2A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26E8B681" w14:textId="71912296" w:rsidR="006238E2" w:rsidRDefault="00395A2A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AB16D9">
            <w:rPr>
              <w:rFonts w:eastAsia="Arial"/>
              <w:color w:val="606060"/>
              <w:sz w:val="16"/>
            </w:rPr>
            <w:fldChar w:fldCharType="separate"/>
          </w:r>
          <w:r w:rsidR="00AB16D9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7A76F544" w14:textId="77777777" w:rsidR="00D50AFE" w:rsidRDefault="00D50AFE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D50AFE" w14:paraId="2F6CF8DE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40AC2BC3" w14:textId="75029C8D" w:rsidR="00D50AFE" w:rsidRDefault="00CF35C1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6B315E">
            <w:rPr>
              <w:rFonts w:eastAsia="Arial"/>
              <w:color w:val="606060"/>
              <w:sz w:val="16"/>
            </w:rPr>
            <w:t xml:space="preserve"> Railbanen en monorails | Versie augustus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2817ADA2" w14:textId="1F3575EB" w:rsidR="00D50AFE" w:rsidRDefault="006B315E">
          <w:pPr>
            <w:spacing w:after="0" w:line="240" w:lineRule="auto"/>
            <w:jc w:val="right"/>
          </w:pPr>
          <w:r>
            <w:rPr>
              <w:rFonts w:eastAsia="Arial"/>
              <w:color w:val="606060"/>
              <w:sz w:val="16"/>
            </w:rPr>
            <w:t xml:space="preserve">Pagina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CF35C1">
            <w:rPr>
              <w:rFonts w:eastAsia="Arial"/>
              <w:color w:val="606060"/>
              <w:sz w:val="16"/>
            </w:rPr>
            <w:fldChar w:fldCharType="separate"/>
          </w:r>
          <w:r w:rsidR="00CF35C1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er1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595EAF5A" w14:textId="77777777" w:rsidR="004D4D75" w:rsidRDefault="004D4D75">
    <w:pPr>
      <w:pStyle w:val="Voettekst"/>
    </w:pPr>
  </w:p>
  <w:tbl>
    <w:tblPr>
      <w:tblW w:w="936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60"/>
      <w:gridCol w:w="1800"/>
    </w:tblGrid>
    <w:tr w:rsidR="004D4D75" w14:paraId="37100896" w14:textId="77777777"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</w:tcPr>
        <w:p w14:paraId="2079F467" w14:textId="17A39215" w:rsidR="004D4D75" w:rsidRDefault="00394DC1">
          <w:pPr>
            <w:spacing w:after="0" w:line="240" w:lineRule="auto"/>
          </w:pPr>
          <w:r>
            <w:rPr>
              <w:rFonts w:eastAsia="Arial"/>
              <w:color w:val="606060"/>
              <w:sz w:val="16"/>
            </w:rPr>
            <w:t>Checklist</w:t>
          </w:r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Ruimtelijke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netstructuren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| Versie </w:t>
          </w:r>
          <w:proofErr w:type="spellStart"/>
          <w:r w:rsidR="00000000">
            <w:rPr>
              <w:rFonts w:eastAsia="Arial"/>
              <w:color w:val="606060"/>
              <w:sz w:val="16"/>
            </w:rPr>
            <w:t>augustus</w:t>
          </w:r>
          <w:proofErr w:type="spellEnd"/>
          <w:r w:rsidR="00000000">
            <w:rPr>
              <w:rFonts w:eastAsia="Arial"/>
              <w:color w:val="606060"/>
              <w:sz w:val="16"/>
            </w:rPr>
            <w:t xml:space="preserve"> 2026</w:t>
          </w:r>
        </w:p>
      </w:tc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</w:tcPr>
        <w:p w14:paraId="01A1CBB1" w14:textId="052C429D" w:rsidR="004D4D75" w:rsidRDefault="00000000">
          <w:pPr>
            <w:spacing w:after="0" w:line="240" w:lineRule="auto"/>
            <w:jc w:val="right"/>
          </w:pPr>
          <w:proofErr w:type="spellStart"/>
          <w:r>
            <w:rPr>
              <w:rFonts w:eastAsia="Arial"/>
              <w:color w:val="606060"/>
              <w:sz w:val="16"/>
            </w:rPr>
            <w:t>Pagina</w:t>
          </w:r>
          <w:proofErr w:type="spellEnd"/>
          <w:r>
            <w:rPr>
              <w:rFonts w:eastAsia="Arial"/>
              <w:color w:val="606060"/>
              <w:sz w:val="16"/>
            </w:rPr>
            <w:t xml:space="preserve"> </w:t>
          </w:r>
          <w:r>
            <w:rPr>
              <w:rFonts w:eastAsia="Arial"/>
              <w:color w:val="606060"/>
              <w:sz w:val="16"/>
            </w:rPr>
            <w:fldChar w:fldCharType="begin"/>
          </w:r>
          <w:r>
            <w:rPr>
              <w:rFonts w:eastAsia="Arial"/>
              <w:color w:val="606060"/>
              <w:sz w:val="16"/>
            </w:rPr>
            <w:instrText xml:space="preserve"> PAGE </w:instrText>
          </w:r>
          <w:r w:rsidR="00394DC1">
            <w:rPr>
              <w:rFonts w:eastAsia="Arial"/>
              <w:color w:val="606060"/>
              <w:sz w:val="16"/>
            </w:rPr>
            <w:fldChar w:fldCharType="separate"/>
          </w:r>
          <w:r w:rsidR="00394DC1">
            <w:rPr>
              <w:rFonts w:eastAsia="Arial"/>
              <w:noProof/>
              <w:color w:val="606060"/>
              <w:sz w:val="16"/>
            </w:rPr>
            <w:t>1</w:t>
          </w:r>
          <w:r>
            <w:rPr>
              <w:rFonts w:eastAsia="Arial"/>
              <w:color w:val="60606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BB6E3A" w14:textId="77777777" w:rsidR="00722736" w:rsidRDefault="00722736">
      <w:pPr>
        <w:spacing w:after="0" w:line="240" w:lineRule="auto"/>
      </w:pPr>
      <w:r>
        <w:separator/>
      </w:r>
    </w:p>
  </w:footnote>
  <w:footnote w:type="continuationSeparator" w:id="0">
    <w:p w14:paraId="69281F67" w14:textId="77777777" w:rsidR="00722736" w:rsidRDefault="0072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2E1A0" w14:textId="77777777" w:rsidR="00737043" w:rsidRDefault="0073704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D871F" w14:textId="77777777" w:rsidR="00004D97" w:rsidRDefault="00004D97">
    <w:pPr>
      <w:tabs>
        <w:tab w:val="right" w:pos="9360"/>
      </w:tabs>
      <w:spacing w:after="0" w:line="240" w:lineRule="auto"/>
    </w:pPr>
  </w:p>
  <w:p w14:paraId="1ECF4FB5" w14:textId="77777777" w:rsidR="00004D97" w:rsidRDefault="00004D97">
    <w:pPr>
      <w:tabs>
        <w:tab w:val="right" w:pos="9360"/>
      </w:tabs>
      <w:spacing w:after="0" w:line="240" w:lineRule="auto"/>
    </w:pPr>
  </w:p>
  <w:p w14:paraId="3B696488" w14:textId="77777777" w:rsidR="0039520B" w:rsidRDefault="0039520B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4FBFCC04" w14:textId="0E51BDC2" w:rsidR="0039520B" w:rsidRDefault="0039520B" w:rsidP="0039520B">
    <w:pPr>
      <w:tabs>
        <w:tab w:val="right" w:pos="9360"/>
      </w:tabs>
      <w:spacing w:after="0" w:line="240" w:lineRule="auto"/>
      <w:jc w:val="righ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inline distT="0" distB="0" distL="0" distR="0" wp14:anchorId="5479E446" wp14:editId="6337384E">
          <wp:extent cx="1356729" cy="650099"/>
          <wp:effectExtent l="0" t="0" r="2540" b="0"/>
          <wp:docPr id="1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215" cy="656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618707" w14:textId="25687084" w:rsidR="00D647E0" w:rsidRDefault="00004D97">
    <w:pPr>
      <w:tabs>
        <w:tab w:val="right" w:pos="9360"/>
      </w:tabs>
      <w:spacing w:after="0" w:line="240" w:lineRule="auto"/>
    </w:pPr>
    <w:r w:rsidRPr="00F415AA">
      <w:rPr>
        <w:rFonts w:cs="Arial"/>
        <w:b/>
        <w:bCs/>
        <w:sz w:val="22"/>
      </w:rPr>
      <w:t xml:space="preserve">VOORBEELD: </w:t>
    </w:r>
    <w:r w:rsidR="00041698">
      <w:rPr>
        <w:rFonts w:cs="Arial"/>
        <w:b/>
        <w:bCs/>
        <w:sz w:val="22"/>
      </w:rPr>
      <w:t>CHECKLIST DRAAITOESTELLEN</w:t>
    </w:r>
    <w:r>
      <w:t xml:space="preserve"> </w:t>
    </w:r>
    <w:r w:rsidR="00EE31D3">
      <w:ptab w:relativeTo="margin" w:alignment="center" w:leader="none"/>
    </w:r>
    <w:r w:rsidR="00EE31D3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75B0C" w14:textId="77777777" w:rsidR="00737043" w:rsidRDefault="00737043">
    <w:pPr>
      <w:pStyle w:val="Koptekst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2932BB4" w14:textId="266AA723" w:rsidR="00E13E8E" w:rsidRDefault="00E13E8E">
    <w:pPr>
      <w:tabs>
        <w:tab w:val="right" w:pos="9360"/>
      </w:tabs>
      <w:spacing w:after="0" w:line="240" w:lineRule="auto"/>
      <w:rPr>
        <w:rFonts w:eastAsia="Arial"/>
        <w:b/>
        <w:color w:val="606060"/>
        <w:sz w:val="17"/>
      </w:rPr>
    </w:pPr>
  </w:p>
  <w:p w14:paraId="3241C1F7" w14:textId="649AB11F" w:rsidR="00E13E8E" w:rsidRDefault="007B1D3C" w:rsidP="00E13E8E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35737875" wp14:editId="63318C90">
          <wp:simplePos x="0" y="0"/>
          <wp:positionH relativeFrom="column">
            <wp:posOffset>4749800</wp:posOffset>
          </wp:positionH>
          <wp:positionV relativeFrom="paragraph">
            <wp:posOffset>97155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ED18D7" w14:textId="77777777" w:rsidR="00131500" w:rsidRDefault="00131500" w:rsidP="00E13E8E">
    <w:pPr>
      <w:pStyle w:val="Koptekst"/>
      <w:rPr>
        <w:rFonts w:cs="Arial"/>
        <w:b/>
        <w:bCs/>
        <w:sz w:val="22"/>
      </w:rPr>
    </w:pPr>
  </w:p>
  <w:p w14:paraId="1A3DA056" w14:textId="77777777" w:rsidR="00131500" w:rsidRDefault="00131500" w:rsidP="00E13E8E">
    <w:pPr>
      <w:pStyle w:val="Koptekst"/>
      <w:rPr>
        <w:rFonts w:cs="Arial"/>
        <w:b/>
        <w:bCs/>
        <w:sz w:val="22"/>
      </w:rPr>
    </w:pPr>
  </w:p>
  <w:p w14:paraId="3A45D67D" w14:textId="77777777" w:rsidR="00131500" w:rsidRDefault="00131500" w:rsidP="00E13E8E">
    <w:pPr>
      <w:pStyle w:val="Koptekst"/>
      <w:rPr>
        <w:rFonts w:cs="Arial"/>
        <w:b/>
        <w:bCs/>
        <w:sz w:val="22"/>
      </w:rPr>
    </w:pPr>
  </w:p>
  <w:p w14:paraId="530061F8" w14:textId="493CBDB0" w:rsidR="00E13E8E" w:rsidRDefault="00E13E8E" w:rsidP="00E13E8E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EVENWICHTSBALKEN</w:t>
    </w:r>
    <w:r>
      <w:rPr>
        <w:rFonts w:cs="Arial"/>
        <w:b/>
        <w:bCs/>
        <w:sz w:val="22"/>
      </w:rPr>
      <w:t xml:space="preserve">   </w:t>
    </w:r>
  </w:p>
  <w:p w14:paraId="50BB4F2B" w14:textId="77777777" w:rsidR="00E13E8E" w:rsidRDefault="00E13E8E" w:rsidP="00E13E8E">
    <w:pPr>
      <w:tabs>
        <w:tab w:val="right" w:pos="9360"/>
      </w:tabs>
      <w:spacing w:after="0" w:line="240" w:lineRule="auto"/>
    </w:pPr>
  </w:p>
  <w:p w14:paraId="59FC741C" w14:textId="3CC37CAF" w:rsidR="001D4CFD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5EC8D91" w14:textId="485B4B52" w:rsidR="00D83E91" w:rsidRDefault="00D83E91" w:rsidP="00680879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1E68B3B3" w14:textId="71656506" w:rsidR="00680879" w:rsidRDefault="00691B3F" w:rsidP="00680879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3EE0C87" wp14:editId="634D5F48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49D40F" w14:textId="77777777" w:rsidR="00691B3F" w:rsidRDefault="00691B3F" w:rsidP="00680879">
    <w:pPr>
      <w:pStyle w:val="Koptekst"/>
      <w:rPr>
        <w:rFonts w:cs="Arial"/>
        <w:b/>
        <w:bCs/>
        <w:sz w:val="22"/>
      </w:rPr>
    </w:pPr>
  </w:p>
  <w:p w14:paraId="2C04AEB6" w14:textId="77777777" w:rsidR="00691B3F" w:rsidRDefault="00691B3F" w:rsidP="00680879">
    <w:pPr>
      <w:pStyle w:val="Koptekst"/>
      <w:rPr>
        <w:rFonts w:cs="Arial"/>
        <w:b/>
        <w:bCs/>
        <w:sz w:val="22"/>
      </w:rPr>
    </w:pPr>
  </w:p>
  <w:p w14:paraId="41598282" w14:textId="77777777" w:rsidR="00691B3F" w:rsidRDefault="00691B3F" w:rsidP="00680879">
    <w:pPr>
      <w:pStyle w:val="Koptekst"/>
      <w:rPr>
        <w:rFonts w:cs="Arial"/>
        <w:b/>
        <w:bCs/>
        <w:sz w:val="22"/>
      </w:rPr>
    </w:pPr>
  </w:p>
  <w:p w14:paraId="35229C9F" w14:textId="4AAF4792" w:rsidR="00A95E6A" w:rsidRDefault="00D83E91" w:rsidP="00680879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 w:rsidR="00A95E6A">
      <w:rPr>
        <w:rFonts w:cs="Arial"/>
        <w:b/>
        <w:bCs/>
        <w:sz w:val="22"/>
      </w:rPr>
      <w:t>CHECKLIST GLIJBANEN</w:t>
    </w:r>
    <w:r w:rsidR="00680879">
      <w:rPr>
        <w:rFonts w:cs="Arial"/>
        <w:b/>
        <w:bCs/>
        <w:sz w:val="22"/>
      </w:rPr>
      <w:t xml:space="preserve">   </w:t>
    </w:r>
  </w:p>
  <w:p w14:paraId="13605067" w14:textId="77777777" w:rsidR="00A95E6A" w:rsidRPr="00D83E91" w:rsidRDefault="00A95E6A" w:rsidP="00680879">
    <w:pPr>
      <w:pStyle w:val="Koptekst"/>
    </w:pP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77FCF2BA" w14:textId="77777777" w:rsidR="00B92D45" w:rsidRDefault="00B92D45" w:rsidP="00B92D45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3DF8B492" w14:textId="77777777" w:rsidR="00B92D45" w:rsidRDefault="00B92D45" w:rsidP="00B92D45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8FD30DE" wp14:editId="5448AB69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40734" w14:textId="77777777" w:rsidR="00B92D45" w:rsidRDefault="00B92D45" w:rsidP="00B92D45">
    <w:pPr>
      <w:pStyle w:val="Koptekst"/>
      <w:rPr>
        <w:rFonts w:cs="Arial"/>
        <w:b/>
        <w:bCs/>
        <w:sz w:val="22"/>
      </w:rPr>
    </w:pPr>
  </w:p>
  <w:p w14:paraId="2C051847" w14:textId="77777777" w:rsidR="00B92D45" w:rsidRDefault="00B92D45" w:rsidP="00B92D45">
    <w:pPr>
      <w:pStyle w:val="Koptekst"/>
      <w:rPr>
        <w:rFonts w:cs="Arial"/>
        <w:b/>
        <w:bCs/>
        <w:sz w:val="22"/>
      </w:rPr>
    </w:pPr>
  </w:p>
  <w:p w14:paraId="5A813315" w14:textId="77777777" w:rsidR="00B92D45" w:rsidRDefault="00B92D45" w:rsidP="00B92D45">
    <w:pPr>
      <w:pStyle w:val="Koptekst"/>
      <w:rPr>
        <w:rFonts w:cs="Arial"/>
        <w:b/>
        <w:bCs/>
        <w:sz w:val="22"/>
      </w:rPr>
    </w:pPr>
  </w:p>
  <w:p w14:paraId="29919DEC" w14:textId="09DD4BB5" w:rsidR="00B92D45" w:rsidRDefault="00B92D45" w:rsidP="00B92D45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KABELBANEN</w:t>
    </w:r>
    <w:r>
      <w:rPr>
        <w:rFonts w:cs="Arial"/>
        <w:b/>
        <w:bCs/>
        <w:sz w:val="22"/>
      </w:rPr>
      <w:t xml:space="preserve">   </w:t>
    </w:r>
  </w:p>
  <w:p w14:paraId="526432C9" w14:textId="77777777" w:rsidR="00B92D45" w:rsidRPr="00D83E91" w:rsidRDefault="00B92D45" w:rsidP="00B92D45">
    <w:pPr>
      <w:pStyle w:val="Koptekst"/>
    </w:pPr>
  </w:p>
  <w:p w14:paraId="66A1037A" w14:textId="1D26E3C6" w:rsidR="004A4DDC" w:rsidRDefault="004A4DDC">
    <w:pPr>
      <w:tabs>
        <w:tab w:val="right" w:pos="9360"/>
      </w:tabs>
      <w:spacing w:after="0" w:line="240" w:lineRule="auto"/>
    </w:pP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5A6BB92E" w14:textId="77777777" w:rsidR="00326AE6" w:rsidRDefault="00326AE6" w:rsidP="00326AE6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71ABF0ED" w14:textId="77777777" w:rsidR="00326AE6" w:rsidRDefault="00326AE6" w:rsidP="00326AE6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27E27125" wp14:editId="351B579B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469E6B" w14:textId="77777777" w:rsidR="00326AE6" w:rsidRDefault="00326AE6" w:rsidP="00326AE6">
    <w:pPr>
      <w:pStyle w:val="Koptekst"/>
      <w:rPr>
        <w:rFonts w:cs="Arial"/>
        <w:b/>
        <w:bCs/>
        <w:sz w:val="22"/>
      </w:rPr>
    </w:pPr>
  </w:p>
  <w:p w14:paraId="6C38657B" w14:textId="77777777" w:rsidR="00326AE6" w:rsidRDefault="00326AE6" w:rsidP="00326AE6">
    <w:pPr>
      <w:pStyle w:val="Koptekst"/>
      <w:rPr>
        <w:rFonts w:cs="Arial"/>
        <w:b/>
        <w:bCs/>
        <w:sz w:val="22"/>
      </w:rPr>
    </w:pPr>
  </w:p>
  <w:p w14:paraId="4A9A0E34" w14:textId="77777777" w:rsidR="00326AE6" w:rsidRDefault="00326AE6" w:rsidP="00326AE6">
    <w:pPr>
      <w:pStyle w:val="Koptekst"/>
      <w:rPr>
        <w:rFonts w:cs="Arial"/>
        <w:b/>
        <w:bCs/>
        <w:sz w:val="22"/>
      </w:rPr>
    </w:pPr>
  </w:p>
  <w:p w14:paraId="131FB7BC" w14:textId="1633351E" w:rsidR="00326AE6" w:rsidRDefault="00326AE6" w:rsidP="00326AE6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KLIMTOESTELLEN</w:t>
    </w:r>
    <w:r>
      <w:rPr>
        <w:rFonts w:cs="Arial"/>
        <w:b/>
        <w:bCs/>
        <w:sz w:val="22"/>
      </w:rPr>
      <w:t xml:space="preserve">   </w:t>
    </w:r>
  </w:p>
  <w:p w14:paraId="42D86EC7" w14:textId="77777777" w:rsidR="00326AE6" w:rsidRPr="00D83E91" w:rsidRDefault="00326AE6" w:rsidP="00326AE6">
    <w:pPr>
      <w:pStyle w:val="Koptekst"/>
    </w:pPr>
  </w:p>
  <w:p w14:paraId="041EAD13" w14:textId="77777777" w:rsidR="00326AE6" w:rsidRDefault="00326AE6" w:rsidP="00326AE6">
    <w:pPr>
      <w:tabs>
        <w:tab w:val="right" w:pos="9360"/>
      </w:tabs>
      <w:spacing w:after="0" w:line="240" w:lineRule="auto"/>
    </w:pPr>
  </w:p>
  <w:p w14:paraId="05CF50EB" w14:textId="0EBE977A" w:rsidR="00BB115B" w:rsidRDefault="00BB115B">
    <w:pPr>
      <w:tabs>
        <w:tab w:val="right" w:pos="9360"/>
      </w:tabs>
      <w:spacing w:after="0" w:line="240" w:lineRule="auto"/>
    </w:pP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1F7A45C8" w14:textId="77777777" w:rsidR="003341A2" w:rsidRDefault="003341A2" w:rsidP="003341A2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30D3CF44" w14:textId="77777777" w:rsidR="003341A2" w:rsidRDefault="003341A2" w:rsidP="003341A2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2A7DA696" wp14:editId="316CA1E2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333BA" w14:textId="77777777" w:rsidR="003341A2" w:rsidRDefault="003341A2" w:rsidP="003341A2">
    <w:pPr>
      <w:pStyle w:val="Koptekst"/>
      <w:rPr>
        <w:rFonts w:cs="Arial"/>
        <w:b/>
        <w:bCs/>
        <w:sz w:val="22"/>
      </w:rPr>
    </w:pPr>
  </w:p>
  <w:p w14:paraId="03A4401D" w14:textId="77777777" w:rsidR="003341A2" w:rsidRDefault="003341A2" w:rsidP="003341A2">
    <w:pPr>
      <w:pStyle w:val="Koptekst"/>
      <w:rPr>
        <w:rFonts w:cs="Arial"/>
        <w:b/>
        <w:bCs/>
        <w:sz w:val="22"/>
      </w:rPr>
    </w:pPr>
  </w:p>
  <w:p w14:paraId="4F3C4E55" w14:textId="77777777" w:rsidR="003341A2" w:rsidRDefault="003341A2" w:rsidP="003341A2">
    <w:pPr>
      <w:pStyle w:val="Koptekst"/>
      <w:rPr>
        <w:rFonts w:cs="Arial"/>
        <w:b/>
        <w:bCs/>
        <w:sz w:val="22"/>
      </w:rPr>
    </w:pPr>
  </w:p>
  <w:p w14:paraId="5795FCC0" w14:textId="791F047B" w:rsidR="003341A2" w:rsidRDefault="003341A2" w:rsidP="003341A2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LOOPTONNEN</w:t>
    </w:r>
    <w:r>
      <w:rPr>
        <w:rFonts w:cs="Arial"/>
        <w:b/>
        <w:bCs/>
        <w:sz w:val="22"/>
      </w:rPr>
      <w:t xml:space="preserve">   </w:t>
    </w:r>
  </w:p>
  <w:p w14:paraId="2E73C5F2" w14:textId="77777777" w:rsidR="003341A2" w:rsidRDefault="003341A2" w:rsidP="003341A2">
    <w:pPr>
      <w:tabs>
        <w:tab w:val="right" w:pos="9360"/>
      </w:tabs>
      <w:spacing w:after="0" w:line="240" w:lineRule="auto"/>
    </w:pPr>
  </w:p>
  <w:p w14:paraId="62F090A1" w14:textId="1757D45A" w:rsidR="00E34CD1" w:rsidRDefault="00E34CD1">
    <w:pPr>
      <w:tabs>
        <w:tab w:val="right" w:pos="9360"/>
      </w:tabs>
      <w:spacing w:after="0" w:line="240" w:lineRule="auto"/>
    </w:pP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0A147343" w14:textId="77777777" w:rsidR="00DA092F" w:rsidRDefault="00DA092F" w:rsidP="00DA092F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4D968B8F" w14:textId="77777777" w:rsidR="00DA092F" w:rsidRDefault="00DA092F" w:rsidP="00DA092F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F485CA1" wp14:editId="46166DAC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74CBF6" w14:textId="77777777" w:rsidR="00DA092F" w:rsidRDefault="00DA092F" w:rsidP="00DA092F">
    <w:pPr>
      <w:pStyle w:val="Koptekst"/>
      <w:rPr>
        <w:rFonts w:cs="Arial"/>
        <w:b/>
        <w:bCs/>
        <w:sz w:val="22"/>
      </w:rPr>
    </w:pPr>
  </w:p>
  <w:p w14:paraId="52C15C21" w14:textId="77777777" w:rsidR="00DA092F" w:rsidRDefault="00DA092F" w:rsidP="00DA092F">
    <w:pPr>
      <w:pStyle w:val="Koptekst"/>
      <w:rPr>
        <w:rFonts w:cs="Arial"/>
        <w:b/>
        <w:bCs/>
        <w:sz w:val="22"/>
      </w:rPr>
    </w:pPr>
  </w:p>
  <w:p w14:paraId="5EF84DEE" w14:textId="77777777" w:rsidR="00DA092F" w:rsidRDefault="00DA092F" w:rsidP="00DA092F">
    <w:pPr>
      <w:pStyle w:val="Koptekst"/>
      <w:rPr>
        <w:rFonts w:cs="Arial"/>
        <w:b/>
        <w:bCs/>
        <w:sz w:val="22"/>
      </w:rPr>
    </w:pPr>
  </w:p>
  <w:p w14:paraId="76D28B89" w14:textId="0DA99395" w:rsidR="00DA092F" w:rsidRDefault="00DA092F" w:rsidP="00DA092F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SCHOMMELS</w:t>
    </w:r>
    <w:r>
      <w:rPr>
        <w:rFonts w:cs="Arial"/>
        <w:b/>
        <w:bCs/>
        <w:sz w:val="22"/>
      </w:rPr>
      <w:t xml:space="preserve">   </w:t>
    </w:r>
  </w:p>
  <w:p w14:paraId="063FEC14" w14:textId="77777777" w:rsidR="00DA092F" w:rsidRDefault="00DA092F" w:rsidP="00DA092F">
    <w:pPr>
      <w:tabs>
        <w:tab w:val="right" w:pos="9360"/>
      </w:tabs>
      <w:spacing w:after="0" w:line="240" w:lineRule="auto"/>
    </w:pPr>
  </w:p>
  <w:p w14:paraId="5D505E8E" w14:textId="77777777" w:rsidR="00DA092F" w:rsidRDefault="00DA092F" w:rsidP="00DA092F">
    <w:pPr>
      <w:tabs>
        <w:tab w:val="right" w:pos="9360"/>
      </w:tabs>
      <w:spacing w:after="0" w:line="240" w:lineRule="auto"/>
    </w:pPr>
  </w:p>
  <w:p w14:paraId="7F2354D5" w14:textId="129F75F6" w:rsidR="005D5AFD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2D9DF5D0" w14:textId="77777777" w:rsidR="00395868" w:rsidRDefault="00395868" w:rsidP="00395868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1FEBF53F" w14:textId="77777777" w:rsidR="00395868" w:rsidRDefault="00395868" w:rsidP="00395868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F3345D6" wp14:editId="4D0AFFCD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2C2CB5" w14:textId="77777777" w:rsidR="00395868" w:rsidRDefault="00395868" w:rsidP="00395868">
    <w:pPr>
      <w:pStyle w:val="Koptekst"/>
      <w:rPr>
        <w:rFonts w:cs="Arial"/>
        <w:b/>
        <w:bCs/>
        <w:sz w:val="22"/>
      </w:rPr>
    </w:pPr>
  </w:p>
  <w:p w14:paraId="4BBBE5C8" w14:textId="77777777" w:rsidR="00395868" w:rsidRDefault="00395868" w:rsidP="00395868">
    <w:pPr>
      <w:pStyle w:val="Koptekst"/>
      <w:rPr>
        <w:rFonts w:cs="Arial"/>
        <w:b/>
        <w:bCs/>
        <w:sz w:val="22"/>
      </w:rPr>
    </w:pPr>
  </w:p>
  <w:p w14:paraId="026B152F" w14:textId="77777777" w:rsidR="00395868" w:rsidRDefault="00395868" w:rsidP="00395868">
    <w:pPr>
      <w:pStyle w:val="Koptekst"/>
      <w:rPr>
        <w:rFonts w:cs="Arial"/>
        <w:b/>
        <w:bCs/>
        <w:sz w:val="22"/>
      </w:rPr>
    </w:pPr>
  </w:p>
  <w:p w14:paraId="61185249" w14:textId="342C42DC" w:rsidR="00395868" w:rsidRDefault="00395868" w:rsidP="00395868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TRAMPOLINES</w:t>
    </w:r>
    <w:r>
      <w:rPr>
        <w:rFonts w:cs="Arial"/>
        <w:b/>
        <w:bCs/>
        <w:sz w:val="22"/>
      </w:rPr>
      <w:t xml:space="preserve">   </w:t>
    </w:r>
  </w:p>
  <w:p w14:paraId="7D19ACC9" w14:textId="77777777" w:rsidR="00395868" w:rsidRDefault="00395868" w:rsidP="00395868">
    <w:pPr>
      <w:tabs>
        <w:tab w:val="right" w:pos="9360"/>
      </w:tabs>
      <w:spacing w:after="0" w:line="240" w:lineRule="auto"/>
    </w:pPr>
  </w:p>
  <w:p w14:paraId="5D068BEF" w14:textId="77777777" w:rsidR="00395868" w:rsidRDefault="00395868" w:rsidP="00395868">
    <w:pPr>
      <w:tabs>
        <w:tab w:val="right" w:pos="9360"/>
      </w:tabs>
      <w:spacing w:after="0" w:line="240" w:lineRule="auto"/>
    </w:pPr>
  </w:p>
  <w:p w14:paraId="49B2AFCC" w14:textId="5F35CA47" w:rsidR="00D65814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7AF86323" w14:textId="77777777" w:rsidR="00322260" w:rsidRDefault="00322260" w:rsidP="00322260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26003864" w14:textId="77777777" w:rsidR="00322260" w:rsidRDefault="00322260" w:rsidP="00322260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E1D6925" wp14:editId="5957948B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8025C6" w14:textId="77777777" w:rsidR="00322260" w:rsidRDefault="00322260" w:rsidP="00322260">
    <w:pPr>
      <w:pStyle w:val="Koptekst"/>
      <w:rPr>
        <w:rFonts w:cs="Arial"/>
        <w:b/>
        <w:bCs/>
        <w:sz w:val="22"/>
      </w:rPr>
    </w:pPr>
  </w:p>
  <w:p w14:paraId="5C3607C7" w14:textId="77777777" w:rsidR="00322260" w:rsidRDefault="00322260" w:rsidP="00322260">
    <w:pPr>
      <w:pStyle w:val="Koptekst"/>
      <w:rPr>
        <w:rFonts w:cs="Arial"/>
        <w:b/>
        <w:bCs/>
        <w:sz w:val="22"/>
      </w:rPr>
    </w:pPr>
  </w:p>
  <w:p w14:paraId="1FD537E2" w14:textId="77777777" w:rsidR="00322260" w:rsidRDefault="00322260" w:rsidP="00322260">
    <w:pPr>
      <w:pStyle w:val="Koptekst"/>
      <w:rPr>
        <w:rFonts w:cs="Arial"/>
        <w:b/>
        <w:bCs/>
        <w:sz w:val="22"/>
      </w:rPr>
    </w:pPr>
  </w:p>
  <w:p w14:paraId="51CDA3BB" w14:textId="2C5E7F84" w:rsidR="00322260" w:rsidRDefault="00322260" w:rsidP="00322260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WATERTOESTELLEN</w:t>
    </w:r>
    <w:r>
      <w:rPr>
        <w:rFonts w:cs="Arial"/>
        <w:b/>
        <w:bCs/>
        <w:sz w:val="22"/>
      </w:rPr>
      <w:t xml:space="preserve">   </w:t>
    </w:r>
  </w:p>
  <w:p w14:paraId="590F1379" w14:textId="77777777" w:rsidR="00322260" w:rsidRDefault="00322260" w:rsidP="00322260">
    <w:pPr>
      <w:tabs>
        <w:tab w:val="right" w:pos="9360"/>
      </w:tabs>
      <w:spacing w:after="0" w:line="240" w:lineRule="auto"/>
    </w:pPr>
  </w:p>
  <w:p w14:paraId="326B014B" w14:textId="77777777" w:rsidR="00322260" w:rsidRDefault="00322260" w:rsidP="00322260">
    <w:pPr>
      <w:tabs>
        <w:tab w:val="right" w:pos="9360"/>
      </w:tabs>
      <w:spacing w:after="0" w:line="240" w:lineRule="auto"/>
    </w:pPr>
  </w:p>
  <w:p w14:paraId="49471783" w14:textId="46E28440" w:rsidR="007F71B8" w:rsidRDefault="003C1883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486D62A" w14:textId="77777777" w:rsidR="007D439A" w:rsidRDefault="007D439A" w:rsidP="007D439A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33D2CF9E" w14:textId="77777777" w:rsidR="007D439A" w:rsidRDefault="007D439A" w:rsidP="007D439A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7FE5E572" wp14:editId="31A04BB6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73A961" w14:textId="77777777" w:rsidR="007D439A" w:rsidRDefault="007D439A" w:rsidP="007D439A">
    <w:pPr>
      <w:pStyle w:val="Koptekst"/>
      <w:rPr>
        <w:rFonts w:cs="Arial"/>
        <w:b/>
        <w:bCs/>
        <w:sz w:val="22"/>
      </w:rPr>
    </w:pPr>
  </w:p>
  <w:p w14:paraId="2535C4EF" w14:textId="77777777" w:rsidR="007D439A" w:rsidRDefault="007D439A" w:rsidP="007D439A">
    <w:pPr>
      <w:pStyle w:val="Koptekst"/>
      <w:rPr>
        <w:rFonts w:cs="Arial"/>
        <w:b/>
        <w:bCs/>
        <w:sz w:val="22"/>
      </w:rPr>
    </w:pPr>
  </w:p>
  <w:p w14:paraId="1AD0BE5F" w14:textId="77777777" w:rsidR="007D439A" w:rsidRDefault="007D439A" w:rsidP="007D439A">
    <w:pPr>
      <w:pStyle w:val="Koptekst"/>
      <w:rPr>
        <w:rFonts w:cs="Arial"/>
        <w:b/>
        <w:bCs/>
        <w:sz w:val="22"/>
      </w:rPr>
    </w:pPr>
  </w:p>
  <w:p w14:paraId="5524092B" w14:textId="020BD3EF" w:rsidR="007D439A" w:rsidRDefault="007D439A" w:rsidP="007D439A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WIPTOESTELLEN</w:t>
    </w:r>
    <w:r>
      <w:rPr>
        <w:rFonts w:cs="Arial"/>
        <w:b/>
        <w:bCs/>
        <w:sz w:val="22"/>
      </w:rPr>
      <w:t xml:space="preserve">   </w:t>
    </w:r>
  </w:p>
  <w:p w14:paraId="62809B79" w14:textId="77777777" w:rsidR="007D439A" w:rsidRDefault="007D439A" w:rsidP="007D439A">
    <w:pPr>
      <w:tabs>
        <w:tab w:val="right" w:pos="9360"/>
      </w:tabs>
      <w:spacing w:after="0" w:line="240" w:lineRule="auto"/>
    </w:pPr>
  </w:p>
  <w:p w14:paraId="7AD95D86" w14:textId="77777777" w:rsidR="007D439A" w:rsidRDefault="007D439A" w:rsidP="007D439A">
    <w:pPr>
      <w:tabs>
        <w:tab w:val="right" w:pos="9360"/>
      </w:tabs>
      <w:spacing w:after="0" w:line="240" w:lineRule="auto"/>
    </w:pPr>
  </w:p>
  <w:p w14:paraId="08D1D077" w14:textId="7D9E1489" w:rsidR="00113555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1C1F2A11" w14:textId="77777777" w:rsidR="00945D4E" w:rsidRDefault="00945D4E" w:rsidP="00945D4E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729D97C1" w14:textId="77777777" w:rsidR="00945D4E" w:rsidRDefault="00945D4E" w:rsidP="00945D4E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35D4E054" wp14:editId="42AEC4F7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D3AF31" w14:textId="77777777" w:rsidR="00945D4E" w:rsidRDefault="00945D4E" w:rsidP="00945D4E">
    <w:pPr>
      <w:pStyle w:val="Koptekst"/>
      <w:rPr>
        <w:rFonts w:cs="Arial"/>
        <w:b/>
        <w:bCs/>
        <w:sz w:val="22"/>
      </w:rPr>
    </w:pPr>
  </w:p>
  <w:p w14:paraId="2DF4A9D1" w14:textId="77777777" w:rsidR="00945D4E" w:rsidRDefault="00945D4E" w:rsidP="00945D4E">
    <w:pPr>
      <w:pStyle w:val="Koptekst"/>
      <w:rPr>
        <w:rFonts w:cs="Arial"/>
        <w:b/>
        <w:bCs/>
        <w:sz w:val="22"/>
      </w:rPr>
    </w:pPr>
  </w:p>
  <w:p w14:paraId="1E23878D" w14:textId="77777777" w:rsidR="00945D4E" w:rsidRDefault="00945D4E" w:rsidP="00945D4E">
    <w:pPr>
      <w:pStyle w:val="Koptekst"/>
      <w:rPr>
        <w:rFonts w:cs="Arial"/>
        <w:b/>
        <w:bCs/>
        <w:sz w:val="22"/>
      </w:rPr>
    </w:pPr>
  </w:p>
  <w:p w14:paraId="5413F0C8" w14:textId="1B079814" w:rsidR="00945D4E" w:rsidRDefault="00945D4E" w:rsidP="00945D4E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ZANDBAKKEN</w:t>
    </w:r>
    <w:r>
      <w:rPr>
        <w:rFonts w:cs="Arial"/>
        <w:b/>
        <w:bCs/>
        <w:sz w:val="22"/>
      </w:rPr>
      <w:t xml:space="preserve">   </w:t>
    </w:r>
  </w:p>
  <w:p w14:paraId="1C090A37" w14:textId="77777777" w:rsidR="00945D4E" w:rsidRDefault="00945D4E" w:rsidP="00945D4E">
    <w:pPr>
      <w:tabs>
        <w:tab w:val="right" w:pos="9360"/>
      </w:tabs>
      <w:spacing w:after="0" w:line="240" w:lineRule="auto"/>
    </w:pPr>
  </w:p>
  <w:p w14:paraId="21D9A67D" w14:textId="77777777" w:rsidR="00945D4E" w:rsidRDefault="00945D4E" w:rsidP="00945D4E">
    <w:pPr>
      <w:tabs>
        <w:tab w:val="right" w:pos="9360"/>
      </w:tabs>
      <w:spacing w:after="0" w:line="240" w:lineRule="auto"/>
    </w:pPr>
  </w:p>
  <w:p w14:paraId="562BC4AD" w14:textId="511134B0" w:rsidR="00055FA8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833CB68" w14:textId="77777777" w:rsidR="002D4618" w:rsidRDefault="002D4618" w:rsidP="002D4618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060F2FF9" w14:textId="77777777" w:rsidR="002D4618" w:rsidRDefault="002D4618" w:rsidP="002D4618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0472A3F6" wp14:editId="3D08B6FC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B0191C" w14:textId="77777777" w:rsidR="002D4618" w:rsidRDefault="002D4618" w:rsidP="002D4618">
    <w:pPr>
      <w:pStyle w:val="Koptekst"/>
      <w:rPr>
        <w:rFonts w:cs="Arial"/>
        <w:b/>
        <w:bCs/>
        <w:sz w:val="22"/>
      </w:rPr>
    </w:pPr>
  </w:p>
  <w:p w14:paraId="71BFFCBE" w14:textId="77777777" w:rsidR="002D4618" w:rsidRDefault="002D4618" w:rsidP="002D4618">
    <w:pPr>
      <w:pStyle w:val="Koptekst"/>
      <w:rPr>
        <w:rFonts w:cs="Arial"/>
        <w:b/>
        <w:bCs/>
        <w:sz w:val="22"/>
      </w:rPr>
    </w:pPr>
  </w:p>
  <w:p w14:paraId="6D50005A" w14:textId="77777777" w:rsidR="002D4618" w:rsidRDefault="002D4618" w:rsidP="002D4618">
    <w:pPr>
      <w:pStyle w:val="Koptekst"/>
      <w:rPr>
        <w:rFonts w:cs="Arial"/>
        <w:b/>
        <w:bCs/>
        <w:sz w:val="22"/>
      </w:rPr>
    </w:pPr>
  </w:p>
  <w:p w14:paraId="312A7C26" w14:textId="24D0E36B" w:rsidR="002D4618" w:rsidRDefault="002D4618" w:rsidP="002D4618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GEHEEL OMHEINDE SPEELTOESTELLEN</w:t>
    </w:r>
    <w:r>
      <w:rPr>
        <w:rFonts w:cs="Arial"/>
        <w:b/>
        <w:bCs/>
        <w:sz w:val="22"/>
      </w:rPr>
      <w:t xml:space="preserve">   </w:t>
    </w:r>
  </w:p>
  <w:p w14:paraId="45E99698" w14:textId="77777777" w:rsidR="002D4618" w:rsidRDefault="002D4618" w:rsidP="002D4618">
    <w:pPr>
      <w:tabs>
        <w:tab w:val="right" w:pos="9360"/>
      </w:tabs>
      <w:spacing w:after="0" w:line="240" w:lineRule="auto"/>
    </w:pPr>
  </w:p>
  <w:p w14:paraId="2D43286D" w14:textId="77777777" w:rsidR="002D4618" w:rsidRDefault="002D4618" w:rsidP="002D4618">
    <w:pPr>
      <w:tabs>
        <w:tab w:val="right" w:pos="9360"/>
      </w:tabs>
      <w:spacing w:after="0" w:line="240" w:lineRule="auto"/>
    </w:pPr>
  </w:p>
  <w:p w14:paraId="68322D5D" w14:textId="1A0EE354" w:rsidR="00CF25F4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22272790" w14:textId="77777777" w:rsidR="00ED1AA4" w:rsidRDefault="00ED1AA4" w:rsidP="00ED1AA4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5325763C" w14:textId="77777777" w:rsidR="00ED1AA4" w:rsidRDefault="00ED1AA4" w:rsidP="00ED1AA4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76400070" wp14:editId="105DB02B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35BB1B" w14:textId="77777777" w:rsidR="00ED1AA4" w:rsidRDefault="00ED1AA4" w:rsidP="00ED1AA4">
    <w:pPr>
      <w:pStyle w:val="Koptekst"/>
      <w:rPr>
        <w:rFonts w:cs="Arial"/>
        <w:b/>
        <w:bCs/>
        <w:sz w:val="22"/>
      </w:rPr>
    </w:pPr>
  </w:p>
  <w:p w14:paraId="2B57D673" w14:textId="77777777" w:rsidR="00ED1AA4" w:rsidRDefault="00ED1AA4" w:rsidP="00ED1AA4">
    <w:pPr>
      <w:pStyle w:val="Koptekst"/>
      <w:rPr>
        <w:rFonts w:cs="Arial"/>
        <w:b/>
        <w:bCs/>
        <w:sz w:val="22"/>
      </w:rPr>
    </w:pPr>
  </w:p>
  <w:p w14:paraId="63CAB2DF" w14:textId="77777777" w:rsidR="00ED1AA4" w:rsidRDefault="00ED1AA4" w:rsidP="00ED1AA4">
    <w:pPr>
      <w:pStyle w:val="Koptekst"/>
      <w:rPr>
        <w:rFonts w:cs="Arial"/>
        <w:b/>
        <w:bCs/>
        <w:sz w:val="22"/>
      </w:rPr>
    </w:pPr>
  </w:p>
  <w:p w14:paraId="723CFE95" w14:textId="54E11A3E" w:rsidR="00ED1AA4" w:rsidRDefault="00ED1AA4" w:rsidP="00ED1AA4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BALLENBADEN</w:t>
    </w:r>
    <w:r>
      <w:rPr>
        <w:rFonts w:cs="Arial"/>
        <w:b/>
        <w:bCs/>
        <w:sz w:val="22"/>
      </w:rPr>
      <w:t xml:space="preserve">   </w:t>
    </w:r>
  </w:p>
  <w:p w14:paraId="28FF97B6" w14:textId="77777777" w:rsidR="00ED1AA4" w:rsidRDefault="00ED1AA4" w:rsidP="00ED1AA4">
    <w:pPr>
      <w:tabs>
        <w:tab w:val="right" w:pos="9360"/>
      </w:tabs>
      <w:spacing w:after="0" w:line="240" w:lineRule="auto"/>
    </w:pPr>
  </w:p>
  <w:p w14:paraId="706BE513" w14:textId="77777777" w:rsidR="00ED1AA4" w:rsidRDefault="00ED1AA4" w:rsidP="00ED1AA4">
    <w:pPr>
      <w:tabs>
        <w:tab w:val="right" w:pos="9360"/>
      </w:tabs>
      <w:spacing w:after="0" w:line="240" w:lineRule="auto"/>
    </w:pPr>
  </w:p>
  <w:p w14:paraId="6FB35273" w14:textId="426119CA" w:rsidR="004A154A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BBA15CE" w14:textId="77777777" w:rsidR="00AB16D9" w:rsidRDefault="00AB16D9" w:rsidP="00AB16D9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3CE3516F" w14:textId="77777777" w:rsidR="00AB16D9" w:rsidRDefault="00AB16D9" w:rsidP="00AB16D9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2A7756D" wp14:editId="7D50A75E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B7E1BE" w14:textId="77777777" w:rsidR="00AB16D9" w:rsidRDefault="00AB16D9" w:rsidP="00AB16D9">
    <w:pPr>
      <w:pStyle w:val="Koptekst"/>
      <w:rPr>
        <w:rFonts w:cs="Arial"/>
        <w:b/>
        <w:bCs/>
        <w:sz w:val="22"/>
      </w:rPr>
    </w:pPr>
  </w:p>
  <w:p w14:paraId="645C2EBB" w14:textId="77777777" w:rsidR="00AB16D9" w:rsidRDefault="00AB16D9" w:rsidP="00AB16D9">
    <w:pPr>
      <w:pStyle w:val="Koptekst"/>
      <w:rPr>
        <w:rFonts w:cs="Arial"/>
        <w:b/>
        <w:bCs/>
        <w:sz w:val="22"/>
      </w:rPr>
    </w:pPr>
  </w:p>
  <w:p w14:paraId="3F79ADC0" w14:textId="77777777" w:rsidR="00AB16D9" w:rsidRDefault="00AB16D9" w:rsidP="00AB16D9">
    <w:pPr>
      <w:pStyle w:val="Koptekst"/>
      <w:rPr>
        <w:rFonts w:cs="Arial"/>
        <w:b/>
        <w:bCs/>
        <w:sz w:val="22"/>
      </w:rPr>
    </w:pPr>
  </w:p>
  <w:p w14:paraId="3A0B7538" w14:textId="18E3C22A" w:rsidR="00AB16D9" w:rsidRDefault="00AB16D9" w:rsidP="00AB16D9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VRIJE-VALGLIJBANEN</w:t>
    </w:r>
    <w:r>
      <w:rPr>
        <w:rFonts w:cs="Arial"/>
        <w:b/>
        <w:bCs/>
        <w:sz w:val="22"/>
      </w:rPr>
      <w:t xml:space="preserve">   </w:t>
    </w:r>
  </w:p>
  <w:p w14:paraId="649CB058" w14:textId="77777777" w:rsidR="00AB16D9" w:rsidRDefault="00AB16D9" w:rsidP="00AB16D9">
    <w:pPr>
      <w:tabs>
        <w:tab w:val="right" w:pos="9360"/>
      </w:tabs>
      <w:spacing w:after="0" w:line="240" w:lineRule="auto"/>
    </w:pPr>
  </w:p>
  <w:p w14:paraId="6A26195A" w14:textId="77777777" w:rsidR="00AB16D9" w:rsidRDefault="00AB16D9" w:rsidP="00AB16D9">
    <w:pPr>
      <w:tabs>
        <w:tab w:val="right" w:pos="9360"/>
      </w:tabs>
      <w:spacing w:after="0" w:line="240" w:lineRule="auto"/>
    </w:pPr>
  </w:p>
  <w:p w14:paraId="292A8E17" w14:textId="487BAD74" w:rsidR="006238E2" w:rsidRDefault="00395A2A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329E7288" w14:textId="77777777" w:rsidR="00CF35C1" w:rsidRDefault="00CF35C1" w:rsidP="00CF35C1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039C8841" w14:textId="77777777" w:rsidR="00CF35C1" w:rsidRDefault="00CF35C1" w:rsidP="00CF35C1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3A95C355" wp14:editId="1E73754A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3C59C" w14:textId="77777777" w:rsidR="00CF35C1" w:rsidRDefault="00CF35C1" w:rsidP="00CF35C1">
    <w:pPr>
      <w:pStyle w:val="Koptekst"/>
      <w:rPr>
        <w:rFonts w:cs="Arial"/>
        <w:b/>
        <w:bCs/>
        <w:sz w:val="22"/>
      </w:rPr>
    </w:pPr>
  </w:p>
  <w:p w14:paraId="2260BAA7" w14:textId="77777777" w:rsidR="00CF35C1" w:rsidRDefault="00CF35C1" w:rsidP="00CF35C1">
    <w:pPr>
      <w:pStyle w:val="Koptekst"/>
      <w:rPr>
        <w:rFonts w:cs="Arial"/>
        <w:b/>
        <w:bCs/>
        <w:sz w:val="22"/>
      </w:rPr>
    </w:pPr>
  </w:p>
  <w:p w14:paraId="73E56F5B" w14:textId="77777777" w:rsidR="00CF35C1" w:rsidRDefault="00CF35C1" w:rsidP="00CF35C1">
    <w:pPr>
      <w:pStyle w:val="Koptekst"/>
      <w:rPr>
        <w:rFonts w:cs="Arial"/>
        <w:b/>
        <w:bCs/>
        <w:sz w:val="22"/>
      </w:rPr>
    </w:pPr>
  </w:p>
  <w:p w14:paraId="43EDFC55" w14:textId="5A28B5B6" w:rsidR="00CF35C1" w:rsidRDefault="00CF35C1" w:rsidP="00CF35C1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RAILBANEN EN MONORAILS</w:t>
    </w:r>
    <w:r>
      <w:rPr>
        <w:rFonts w:cs="Arial"/>
        <w:b/>
        <w:bCs/>
        <w:sz w:val="22"/>
      </w:rPr>
      <w:t xml:space="preserve">   </w:t>
    </w:r>
  </w:p>
  <w:p w14:paraId="1BF60F8A" w14:textId="77777777" w:rsidR="00CF35C1" w:rsidRDefault="00CF35C1" w:rsidP="00CF35C1">
    <w:pPr>
      <w:tabs>
        <w:tab w:val="right" w:pos="9360"/>
      </w:tabs>
      <w:spacing w:after="0" w:line="240" w:lineRule="auto"/>
    </w:pPr>
  </w:p>
  <w:p w14:paraId="49BEDF9F" w14:textId="77777777" w:rsidR="00CF35C1" w:rsidRDefault="00CF35C1" w:rsidP="00CF35C1">
    <w:pPr>
      <w:tabs>
        <w:tab w:val="right" w:pos="9360"/>
      </w:tabs>
      <w:spacing w:after="0" w:line="240" w:lineRule="auto"/>
    </w:pPr>
  </w:p>
  <w:p w14:paraId="1AA5CA75" w14:textId="262D4AE1" w:rsidR="00D50AFE" w:rsidRDefault="006B315E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header1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1C2807DA" w14:textId="77777777" w:rsidR="00394DC1" w:rsidRDefault="00394DC1" w:rsidP="00394DC1">
    <w:pPr>
      <w:tabs>
        <w:tab w:val="right" w:pos="9360"/>
      </w:tabs>
      <w:spacing w:after="0" w:line="240" w:lineRule="auto"/>
      <w:rPr>
        <w:rFonts w:cs="Arial"/>
        <w:b/>
        <w:bCs/>
        <w:sz w:val="22"/>
      </w:rPr>
    </w:pPr>
  </w:p>
  <w:p w14:paraId="46C1F2AA" w14:textId="77777777" w:rsidR="00394DC1" w:rsidRDefault="00394DC1" w:rsidP="00394DC1">
    <w:pPr>
      <w:pStyle w:val="Koptekst"/>
      <w:rPr>
        <w:rFonts w:cs="Arial"/>
        <w:b/>
        <w:bCs/>
        <w:sz w:val="22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7E93E52D" wp14:editId="0ACBE18B">
          <wp:simplePos x="0" y="0"/>
          <wp:positionH relativeFrom="column">
            <wp:posOffset>4574540</wp:posOffset>
          </wp:positionH>
          <wp:positionV relativeFrom="paragraph">
            <wp:posOffset>66284</wp:posOffset>
          </wp:positionV>
          <wp:extent cx="1356360" cy="649605"/>
          <wp:effectExtent l="0" t="0" r="2540" b="0"/>
          <wp:wrapTight wrapText="bothSides">
            <wp:wrapPolygon edited="0">
              <wp:start x="0" y="0"/>
              <wp:lineTo x="0" y="21114"/>
              <wp:lineTo x="21438" y="21114"/>
              <wp:lineTo x="21438" y="0"/>
              <wp:lineTo x="0" y="0"/>
            </wp:wrapPolygon>
          </wp:wrapTight>
          <wp:docPr id="1535755926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5926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649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872DA4" w14:textId="77777777" w:rsidR="00394DC1" w:rsidRDefault="00394DC1" w:rsidP="00394DC1">
    <w:pPr>
      <w:pStyle w:val="Koptekst"/>
      <w:rPr>
        <w:rFonts w:cs="Arial"/>
        <w:b/>
        <w:bCs/>
        <w:sz w:val="22"/>
      </w:rPr>
    </w:pPr>
  </w:p>
  <w:p w14:paraId="71EEA3CC" w14:textId="77777777" w:rsidR="00394DC1" w:rsidRDefault="00394DC1" w:rsidP="00394DC1">
    <w:pPr>
      <w:pStyle w:val="Koptekst"/>
      <w:rPr>
        <w:rFonts w:cs="Arial"/>
        <w:b/>
        <w:bCs/>
        <w:sz w:val="22"/>
      </w:rPr>
    </w:pPr>
  </w:p>
  <w:p w14:paraId="6B0EC44A" w14:textId="77777777" w:rsidR="00394DC1" w:rsidRDefault="00394DC1" w:rsidP="00394DC1">
    <w:pPr>
      <w:pStyle w:val="Koptekst"/>
      <w:rPr>
        <w:rFonts w:cs="Arial"/>
        <w:b/>
        <w:bCs/>
        <w:sz w:val="22"/>
      </w:rPr>
    </w:pPr>
  </w:p>
  <w:p w14:paraId="308D3C67" w14:textId="391D5EE3" w:rsidR="00394DC1" w:rsidRDefault="00394DC1" w:rsidP="00394DC1">
    <w:pPr>
      <w:pStyle w:val="Koptekst"/>
      <w:rPr>
        <w:rFonts w:cs="Arial"/>
        <w:b/>
        <w:bCs/>
        <w:sz w:val="22"/>
      </w:rPr>
    </w:pPr>
    <w:r w:rsidRPr="00F415AA">
      <w:rPr>
        <w:rFonts w:cs="Arial"/>
        <w:b/>
        <w:bCs/>
        <w:sz w:val="22"/>
      </w:rPr>
      <w:t xml:space="preserve">VOORBEELD: </w:t>
    </w:r>
    <w:r>
      <w:rPr>
        <w:rFonts w:cs="Arial"/>
        <w:b/>
        <w:bCs/>
        <w:sz w:val="22"/>
      </w:rPr>
      <w:t xml:space="preserve">CHECKLIST </w:t>
    </w:r>
    <w:r>
      <w:rPr>
        <w:rFonts w:cs="Arial"/>
        <w:b/>
        <w:bCs/>
        <w:sz w:val="22"/>
      </w:rPr>
      <w:t>RUIMTELIJKE NETSTRUCTUREN</w:t>
    </w:r>
    <w:r>
      <w:rPr>
        <w:rFonts w:cs="Arial"/>
        <w:b/>
        <w:bCs/>
        <w:sz w:val="22"/>
      </w:rPr>
      <w:tab/>
    </w:r>
    <w:r>
      <w:rPr>
        <w:rFonts w:cs="Arial"/>
        <w:b/>
        <w:bCs/>
        <w:sz w:val="22"/>
      </w:rPr>
      <w:t xml:space="preserve">   </w:t>
    </w:r>
  </w:p>
  <w:p w14:paraId="3552F616" w14:textId="77777777" w:rsidR="00394DC1" w:rsidRDefault="00394DC1" w:rsidP="00394DC1">
    <w:pPr>
      <w:tabs>
        <w:tab w:val="right" w:pos="9360"/>
      </w:tabs>
      <w:spacing w:after="0" w:line="240" w:lineRule="auto"/>
    </w:pPr>
  </w:p>
  <w:p w14:paraId="4AB78C73" w14:textId="77777777" w:rsidR="00394DC1" w:rsidRDefault="00394DC1" w:rsidP="00394DC1">
    <w:pPr>
      <w:tabs>
        <w:tab w:val="right" w:pos="9360"/>
      </w:tabs>
      <w:spacing w:after="0" w:line="240" w:lineRule="auto"/>
    </w:pPr>
  </w:p>
  <w:p w14:paraId="6F208A38" w14:textId="6CD756C0" w:rsidR="004D4D75" w:rsidRDefault="00000000">
    <w:pPr>
      <w:tabs>
        <w:tab w:val="right" w:pos="9360"/>
      </w:tabs>
      <w:spacing w:after="0" w:line="240" w:lineRule="auto"/>
    </w:pPr>
    <w:r>
      <w:rPr>
        <w:rFonts w:eastAsia="Arial"/>
        <w:b/>
        <w:color w:val="606060"/>
        <w:sz w:val="17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3350476">
    <w:abstractNumId w:val="8"/>
  </w:num>
  <w:num w:numId="2" w16cid:durableId="967513506">
    <w:abstractNumId w:val="6"/>
  </w:num>
  <w:num w:numId="3" w16cid:durableId="197940043">
    <w:abstractNumId w:val="5"/>
  </w:num>
  <w:num w:numId="4" w16cid:durableId="367336363">
    <w:abstractNumId w:val="4"/>
  </w:num>
  <w:num w:numId="5" w16cid:durableId="909270403">
    <w:abstractNumId w:val="7"/>
  </w:num>
  <w:num w:numId="6" w16cid:durableId="600841836">
    <w:abstractNumId w:val="3"/>
  </w:num>
  <w:num w:numId="7" w16cid:durableId="1388187139">
    <w:abstractNumId w:val="2"/>
  </w:num>
  <w:num w:numId="8" w16cid:durableId="934050262">
    <w:abstractNumId w:val="1"/>
  </w:num>
  <w:num w:numId="9" w16cid:durableId="9458882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D97"/>
    <w:rsid w:val="00034616"/>
    <w:rsid w:val="00041698"/>
    <w:rsid w:val="0006063C"/>
    <w:rsid w:val="0015074B"/>
    <w:rsid w:val="0029639D"/>
    <w:rsid w:val="00326F90"/>
    <w:rsid w:val="0039520B"/>
    <w:rsid w:val="004571BC"/>
    <w:rsid w:val="00565107"/>
    <w:rsid w:val="005F3823"/>
    <w:rsid w:val="00722736"/>
    <w:rsid w:val="00737043"/>
    <w:rsid w:val="00786442"/>
    <w:rsid w:val="007F710B"/>
    <w:rsid w:val="008825A2"/>
    <w:rsid w:val="008E49F7"/>
    <w:rsid w:val="00AA1D8D"/>
    <w:rsid w:val="00B47730"/>
    <w:rsid w:val="00CB0664"/>
    <w:rsid w:val="00D647E0"/>
    <w:rsid w:val="00E261EC"/>
    <w:rsid w:val="00ED1142"/>
    <w:rsid w:val="00EE31D3"/>
    <w:rsid w:val="00FC693F"/>
    <w:rsid w:val="00FE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7E31859-37CD-C34C-BF1E-919F6C92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80" w:line="264" w:lineRule="auto"/>
    </w:pPr>
    <w:rPr>
      <w:rFonts w:ascii="Arial" w:hAnsi="Arial"/>
      <w:color w:val="000000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19" Type="http://schemas.openxmlformats.org/officeDocument/2006/relationships/header" Target="header4.xml"/><Relationship Id="rId20" Type="http://schemas.openxmlformats.org/officeDocument/2006/relationships/footer" Target="footer4.xml"/><Relationship Id="rId21" Type="http://schemas.openxmlformats.org/officeDocument/2006/relationships/header" Target="header5.xml"/><Relationship Id="rId22" Type="http://schemas.openxmlformats.org/officeDocument/2006/relationships/footer" Target="footer5.xml"/><Relationship Id="rId23" Type="http://schemas.openxmlformats.org/officeDocument/2006/relationships/header" Target="header6.xml"/><Relationship Id="rId24" Type="http://schemas.openxmlformats.org/officeDocument/2006/relationships/footer" Target="footer6.xml"/><Relationship Id="rId25" Type="http://schemas.openxmlformats.org/officeDocument/2006/relationships/header" Target="header7.xml"/><Relationship Id="rId26" Type="http://schemas.openxmlformats.org/officeDocument/2006/relationships/footer" Target="footer7.xml"/><Relationship Id="rId27" Type="http://schemas.openxmlformats.org/officeDocument/2006/relationships/header" Target="header8.xml"/><Relationship Id="rId28" Type="http://schemas.openxmlformats.org/officeDocument/2006/relationships/footer" Target="footer8.xml"/><Relationship Id="rId29" Type="http://schemas.openxmlformats.org/officeDocument/2006/relationships/header" Target="header9.xml"/><Relationship Id="rId30" Type="http://schemas.openxmlformats.org/officeDocument/2006/relationships/footer" Target="footer9.xml"/><Relationship Id="rId31" Type="http://schemas.openxmlformats.org/officeDocument/2006/relationships/header" Target="header10.xml"/><Relationship Id="rId32" Type="http://schemas.openxmlformats.org/officeDocument/2006/relationships/footer" Target="footer10.xml"/><Relationship Id="rId33" Type="http://schemas.openxmlformats.org/officeDocument/2006/relationships/header" Target="header11.xml"/><Relationship Id="rId34" Type="http://schemas.openxmlformats.org/officeDocument/2006/relationships/footer" Target="footer11.xml"/><Relationship Id="rId35" Type="http://schemas.openxmlformats.org/officeDocument/2006/relationships/header" Target="header12.xml"/><Relationship Id="rId36" Type="http://schemas.openxmlformats.org/officeDocument/2006/relationships/footer" Target="footer12.xml"/><Relationship Id="rId37" Type="http://schemas.openxmlformats.org/officeDocument/2006/relationships/header" Target="header13.xml"/><Relationship Id="rId38" Type="http://schemas.openxmlformats.org/officeDocument/2006/relationships/footer" Target="footer13.xml"/><Relationship Id="rId39" Type="http://schemas.openxmlformats.org/officeDocument/2006/relationships/header" Target="header14.xml"/><Relationship Id="rId40" Type="http://schemas.openxmlformats.org/officeDocument/2006/relationships/footer" Target="footer14.xml"/><Relationship Id="rId41" Type="http://schemas.openxmlformats.org/officeDocument/2006/relationships/header" Target="header15.xml"/><Relationship Id="rId42" Type="http://schemas.openxmlformats.org/officeDocument/2006/relationships/footer" Target="footer15.xml"/><Relationship Id="rId43" Type="http://schemas.openxmlformats.org/officeDocument/2006/relationships/header" Target="header16.xml"/><Relationship Id="rId44" Type="http://schemas.openxmlformats.org/officeDocument/2006/relationships/footer" Target="footer16.xml"/><Relationship Id="rId45" Type="http://schemas.openxmlformats.org/officeDocument/2006/relationships/header" Target="header17.xml"/><Relationship Id="rId46" Type="http://schemas.openxmlformats.org/officeDocument/2006/relationships/footer" Target="footer17.xml"/><Relationship Id="rId47" Type="http://schemas.openxmlformats.org/officeDocument/2006/relationships/header" Target="header18.xml"/><Relationship Id="rId48" Type="http://schemas.openxmlformats.org/officeDocument/2006/relationships/footer" Target="footer18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0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4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5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6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7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header18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651207D59211498D7C9D2A001FF910" ma:contentTypeVersion="13" ma:contentTypeDescription="Een nieuw document maken." ma:contentTypeScope="" ma:versionID="3074affb584d01979b35632945f85e74">
  <xsd:schema xmlns:xsd="http://www.w3.org/2001/XMLSchema" xmlns:xs="http://www.w3.org/2001/XMLSchema" xmlns:p="http://schemas.microsoft.com/office/2006/metadata/properties" xmlns:ns2="3839ff85-9f11-4498-8f82-6e30f1555fe6" xmlns:ns3="92398f38-514a-4374-9a86-dac0685c6437" targetNamespace="http://schemas.microsoft.com/office/2006/metadata/properties" ma:root="true" ma:fieldsID="07ddc9e6e85f5f3c5e8db32e5ba05b0e" ns2:_="" ns3:_="">
    <xsd:import namespace="3839ff85-9f11-4498-8f82-6e30f1555fe6"/>
    <xsd:import namespace="92398f38-514a-4374-9a86-dac0685c64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9ff85-9f11-4498-8f82-6e30f1555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d980f55-8a0e-42b2-88ea-74e4bddeb9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98f38-514a-4374-9a86-dac0685c643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765443-3155-444e-a55f-64e6729954b0}" ma:internalName="TaxCatchAll" ma:showField="CatchAllData" ma:web="92398f38-514a-4374-9a86-dac0685c6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39ff85-9f11-4498-8f82-6e30f1555fe6">
      <Terms xmlns="http://schemas.microsoft.com/office/infopath/2007/PartnerControls"/>
    </lcf76f155ced4ddcb4097134ff3c332f>
    <TaxCatchAll xmlns="92398f38-514a-4374-9a86-dac0685c6437" xsi:nil="true"/>
  </documentManagement>
</p:properties>
</file>

<file path=customXml/itemProps1.xml><?xml version="1.0" encoding="utf-8"?>
<ds:datastoreItem xmlns:ds="http://schemas.openxmlformats.org/officeDocument/2006/customXml" ds:itemID="{6A320995-06C3-4C56-9DD6-C9251D68A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9ff85-9f11-4498-8f82-6e30f1555fe6"/>
    <ds:schemaRef ds:uri="92398f38-514a-4374-9a86-dac0685c6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42FED8-8C33-4AFA-889E-3C0956E044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8FF35-B704-49C0-9FED-A0AE572F6A93}">
  <ds:schemaRefs>
    <ds:schemaRef ds:uri="http://schemas.microsoft.com/office/2006/metadata/properties"/>
    <ds:schemaRef ds:uri="http://schemas.microsoft.com/office/infopath/2007/PartnerControls"/>
    <ds:schemaRef ds:uri="3839ff85-9f11-4498-8f82-6e30f1555fe6"/>
    <ds:schemaRef ds:uri="92398f38-514a-4374-9a86-dac0685c64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617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 Draaitoestellen</dc:title>
  <dc:subject>Inspectie speeltoestellen - module 8</dc:subject>
  <dc:creator>Ingenium de Opleider</dc:creator>
  <cp:keywords>speeltoestellen, inspectie, checklist, controlelijst</cp:keywords>
  <dc:description>generated by python-docx</dc:description>
  <cp:lastModifiedBy>Office</cp:lastModifiedBy>
  <cp:revision>12</cp:revision>
  <dcterms:created xsi:type="dcterms:W3CDTF">2013-12-23T23:15:00Z</dcterms:created>
  <dcterms:modified xsi:type="dcterms:W3CDTF">2026-08-28T15:00:00Z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0x010100F6651207D59211498D7C9D2A001FF910</vt:lpwstr>
  </property>
  <property fmtid="{D5CDD505-2E9C-101B-9397-08002B2CF9AE}" pid="3" name="MediaServiceImageTags">
    <vt:lpwstr/>
  </property>
</Properties>
</file>